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E185A5" w14:textId="77777777" w:rsidR="00953FB0" w:rsidRDefault="00953FB0" w:rsidP="006978A9">
      <w:pPr>
        <w:spacing w:after="0"/>
        <w:ind w:right="-1"/>
        <w:jc w:val="center"/>
        <w:rPr>
          <w:rFonts w:ascii="Arial" w:hAnsi="Arial" w:cs="Arial"/>
        </w:rPr>
      </w:pPr>
    </w:p>
    <w:p w14:paraId="75643DF0" w14:textId="2BB60A8D" w:rsidR="006978A9" w:rsidRPr="00085150" w:rsidRDefault="006978A9" w:rsidP="001A356C">
      <w:pPr>
        <w:spacing w:after="0"/>
        <w:ind w:left="-567" w:right="-1"/>
        <w:jc w:val="center"/>
        <w:rPr>
          <w:rFonts w:ascii="Arial" w:hAnsi="Arial" w:cs="Arial"/>
          <w:sz w:val="24"/>
          <w:szCs w:val="24"/>
        </w:rPr>
      </w:pPr>
      <w:r w:rsidRPr="00085150">
        <w:rPr>
          <w:rFonts w:ascii="Arial" w:hAnsi="Arial" w:cs="Arial"/>
          <w:sz w:val="24"/>
          <w:szCs w:val="24"/>
        </w:rPr>
        <w:t xml:space="preserve">A Meeting of the </w:t>
      </w:r>
      <w:r w:rsidR="00571B55">
        <w:rPr>
          <w:rFonts w:ascii="Arial" w:hAnsi="Arial" w:cs="Arial"/>
          <w:sz w:val="24"/>
          <w:szCs w:val="24"/>
        </w:rPr>
        <w:t>Planning Committee</w:t>
      </w:r>
      <w:r w:rsidRPr="00085150">
        <w:rPr>
          <w:rFonts w:ascii="Arial" w:hAnsi="Arial" w:cs="Arial"/>
          <w:sz w:val="24"/>
          <w:szCs w:val="24"/>
        </w:rPr>
        <w:t xml:space="preserve"> </w:t>
      </w:r>
    </w:p>
    <w:p w14:paraId="21A90591" w14:textId="1996CF00" w:rsidR="006978A9" w:rsidRPr="00085150" w:rsidRDefault="00571B55" w:rsidP="001A356C">
      <w:pPr>
        <w:spacing w:after="0"/>
        <w:ind w:left="-567"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Wednesday </w:t>
      </w:r>
      <w:r w:rsidR="00641F3E">
        <w:rPr>
          <w:rFonts w:ascii="Arial" w:hAnsi="Arial" w:cs="Arial"/>
          <w:sz w:val="24"/>
          <w:szCs w:val="24"/>
        </w:rPr>
        <w:t>2</w:t>
      </w:r>
      <w:r w:rsidR="00701175">
        <w:rPr>
          <w:rFonts w:ascii="Arial" w:hAnsi="Arial" w:cs="Arial"/>
          <w:sz w:val="24"/>
          <w:szCs w:val="24"/>
        </w:rPr>
        <w:t>2nd</w:t>
      </w:r>
      <w:r w:rsidR="00FD3957">
        <w:rPr>
          <w:rFonts w:ascii="Arial" w:hAnsi="Arial" w:cs="Arial"/>
          <w:sz w:val="24"/>
          <w:szCs w:val="24"/>
        </w:rPr>
        <w:t xml:space="preserve"> Ju</w:t>
      </w:r>
      <w:r w:rsidR="00701175">
        <w:rPr>
          <w:rFonts w:ascii="Arial" w:hAnsi="Arial" w:cs="Arial"/>
          <w:sz w:val="24"/>
          <w:szCs w:val="24"/>
        </w:rPr>
        <w:t>ly</w:t>
      </w:r>
      <w:r w:rsidR="00FD3957">
        <w:rPr>
          <w:rFonts w:ascii="Arial" w:hAnsi="Arial" w:cs="Arial"/>
          <w:sz w:val="24"/>
          <w:szCs w:val="24"/>
        </w:rPr>
        <w:t xml:space="preserve"> </w:t>
      </w:r>
      <w:r w:rsidR="002B47A4" w:rsidRPr="00085150">
        <w:rPr>
          <w:rFonts w:ascii="Arial" w:hAnsi="Arial" w:cs="Arial"/>
          <w:sz w:val="24"/>
          <w:szCs w:val="24"/>
        </w:rPr>
        <w:t>2026</w:t>
      </w:r>
      <w:r w:rsidR="006978A9" w:rsidRPr="00085150">
        <w:rPr>
          <w:rFonts w:ascii="Arial" w:hAnsi="Arial" w:cs="Arial"/>
          <w:sz w:val="24"/>
          <w:szCs w:val="24"/>
        </w:rPr>
        <w:t xml:space="preserve"> at 7.</w:t>
      </w:r>
      <w:r w:rsidR="00641F3E">
        <w:rPr>
          <w:rFonts w:ascii="Arial" w:hAnsi="Arial" w:cs="Arial"/>
          <w:sz w:val="24"/>
          <w:szCs w:val="24"/>
        </w:rPr>
        <w:t>0</w:t>
      </w:r>
      <w:r w:rsidR="006978A9" w:rsidRPr="00085150">
        <w:rPr>
          <w:rFonts w:ascii="Arial" w:hAnsi="Arial" w:cs="Arial"/>
          <w:sz w:val="24"/>
          <w:szCs w:val="24"/>
        </w:rPr>
        <w:t>0pm</w:t>
      </w:r>
    </w:p>
    <w:p w14:paraId="6C475C5F" w14:textId="77777777" w:rsidR="006978A9" w:rsidRDefault="006978A9" w:rsidP="001A356C">
      <w:pPr>
        <w:spacing w:after="0"/>
        <w:ind w:left="-567" w:right="-1"/>
        <w:jc w:val="center"/>
        <w:rPr>
          <w:rFonts w:ascii="Arial" w:hAnsi="Arial" w:cs="Arial"/>
          <w:b/>
          <w:bCs/>
          <w:sz w:val="24"/>
          <w:szCs w:val="24"/>
        </w:rPr>
      </w:pPr>
      <w:r w:rsidRPr="00085150">
        <w:rPr>
          <w:rFonts w:ascii="Arial" w:hAnsi="Arial" w:cs="Arial"/>
          <w:b/>
          <w:bCs/>
          <w:sz w:val="24"/>
          <w:szCs w:val="24"/>
        </w:rPr>
        <w:t xml:space="preserve">In the COUNCIL CHAMBERS of the Town Hall </w:t>
      </w:r>
    </w:p>
    <w:p w14:paraId="023D2F34" w14:textId="77777777" w:rsidR="00641F3E" w:rsidRPr="0060114D" w:rsidRDefault="00641F3E" w:rsidP="001A356C">
      <w:pPr>
        <w:spacing w:after="0"/>
        <w:ind w:left="-567" w:right="-1"/>
        <w:jc w:val="center"/>
        <w:rPr>
          <w:rFonts w:ascii="Arial" w:hAnsi="Arial" w:cs="Arial"/>
          <w:b/>
          <w:sz w:val="16"/>
          <w:szCs w:val="16"/>
        </w:rPr>
      </w:pPr>
    </w:p>
    <w:p w14:paraId="6ABDF3A1" w14:textId="74545C6E" w:rsidR="00D23985" w:rsidRPr="00085150" w:rsidRDefault="00D23985" w:rsidP="001A356C">
      <w:pPr>
        <w:spacing w:after="0"/>
        <w:ind w:left="-567" w:right="-1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AGENDA</w:t>
      </w:r>
    </w:p>
    <w:p w14:paraId="67FE7B4A" w14:textId="77777777" w:rsidR="009F1FD0" w:rsidRDefault="000F3282" w:rsidP="001A356C">
      <w:pPr>
        <w:spacing w:after="0"/>
        <w:ind w:left="-567"/>
        <w:rPr>
          <w:rFonts w:ascii="Arial" w:hAnsi="Arial" w:cs="Arial"/>
          <w:b/>
          <w:bCs/>
          <w:sz w:val="24"/>
          <w:szCs w:val="24"/>
        </w:rPr>
      </w:pPr>
      <w:r w:rsidRPr="00702EDF">
        <w:rPr>
          <w:rFonts w:ascii="Arial" w:hAnsi="Arial" w:cs="Arial"/>
          <w:b/>
          <w:bCs/>
          <w:sz w:val="24"/>
          <w:szCs w:val="24"/>
        </w:rPr>
        <w:t>0</w:t>
      </w:r>
      <w:r w:rsidR="002E5FA2">
        <w:rPr>
          <w:rFonts w:ascii="Arial" w:hAnsi="Arial" w:cs="Arial"/>
          <w:b/>
          <w:bCs/>
          <w:sz w:val="24"/>
          <w:szCs w:val="24"/>
        </w:rPr>
        <w:t>13</w:t>
      </w:r>
      <w:r w:rsidR="0085054D" w:rsidRPr="00702EDF">
        <w:rPr>
          <w:rFonts w:ascii="Arial" w:hAnsi="Arial" w:cs="Arial"/>
          <w:b/>
          <w:bCs/>
          <w:sz w:val="24"/>
          <w:szCs w:val="24"/>
        </w:rPr>
        <w:t>.</w:t>
      </w:r>
      <w:r w:rsidRPr="00702EDF">
        <w:rPr>
          <w:rFonts w:ascii="Arial" w:hAnsi="Arial" w:cs="Arial"/>
          <w:b/>
          <w:bCs/>
          <w:sz w:val="24"/>
          <w:szCs w:val="24"/>
        </w:rPr>
        <w:t>26</w:t>
      </w:r>
      <w:r w:rsidR="00F844EB">
        <w:rPr>
          <w:rFonts w:ascii="Arial" w:hAnsi="Arial" w:cs="Arial"/>
          <w:b/>
          <w:bCs/>
          <w:sz w:val="24"/>
          <w:szCs w:val="24"/>
        </w:rPr>
        <w:t>P</w:t>
      </w:r>
      <w:r w:rsidR="0085054D" w:rsidRPr="00702EDF">
        <w:rPr>
          <w:rFonts w:ascii="Arial" w:hAnsi="Arial" w:cs="Arial"/>
          <w:b/>
          <w:bCs/>
          <w:sz w:val="24"/>
          <w:szCs w:val="24"/>
        </w:rPr>
        <w:t xml:space="preserve"> </w:t>
      </w:r>
      <w:r w:rsidR="00A31429" w:rsidRPr="00702EDF">
        <w:rPr>
          <w:rFonts w:ascii="Arial" w:hAnsi="Arial" w:cs="Arial"/>
          <w:b/>
          <w:bCs/>
          <w:sz w:val="24"/>
          <w:szCs w:val="24"/>
        </w:rPr>
        <w:tab/>
      </w:r>
      <w:r w:rsidR="00425B29">
        <w:rPr>
          <w:rFonts w:ascii="Arial" w:hAnsi="Arial" w:cs="Arial"/>
          <w:b/>
          <w:bCs/>
          <w:sz w:val="24"/>
          <w:szCs w:val="24"/>
        </w:rPr>
        <w:t>Election of Chair</w:t>
      </w:r>
    </w:p>
    <w:p w14:paraId="4EBEDADE" w14:textId="77777777" w:rsidR="009F1FD0" w:rsidRPr="004546E2" w:rsidRDefault="009F1FD0" w:rsidP="001A356C">
      <w:pPr>
        <w:spacing w:after="0"/>
        <w:ind w:left="-567"/>
        <w:rPr>
          <w:rFonts w:ascii="Arial" w:hAnsi="Arial" w:cs="Arial"/>
          <w:b/>
          <w:bCs/>
          <w:sz w:val="12"/>
          <w:szCs w:val="12"/>
        </w:rPr>
      </w:pPr>
    </w:p>
    <w:p w14:paraId="79D59078" w14:textId="77777777" w:rsidR="009F1FD0" w:rsidRDefault="009F1FD0" w:rsidP="001A356C">
      <w:pPr>
        <w:spacing w:after="0"/>
        <w:ind w:left="-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014.26P</w:t>
      </w:r>
      <w:r>
        <w:rPr>
          <w:rFonts w:ascii="Arial" w:hAnsi="Arial" w:cs="Arial"/>
          <w:b/>
          <w:bCs/>
          <w:sz w:val="24"/>
          <w:szCs w:val="24"/>
        </w:rPr>
        <w:tab/>
        <w:t>Election of Deputy Chair</w:t>
      </w:r>
    </w:p>
    <w:p w14:paraId="51427327" w14:textId="77777777" w:rsidR="009F1FD0" w:rsidRPr="004546E2" w:rsidRDefault="009F1FD0" w:rsidP="001A356C">
      <w:pPr>
        <w:spacing w:after="0"/>
        <w:ind w:left="-567"/>
        <w:rPr>
          <w:rFonts w:ascii="Arial" w:hAnsi="Arial" w:cs="Arial"/>
          <w:b/>
          <w:bCs/>
          <w:sz w:val="12"/>
          <w:szCs w:val="12"/>
        </w:rPr>
      </w:pPr>
    </w:p>
    <w:p w14:paraId="0D4CE4B7" w14:textId="59F99C7E" w:rsidR="00EE6533" w:rsidRPr="00702EDF" w:rsidRDefault="009F1FD0" w:rsidP="001A356C">
      <w:pPr>
        <w:spacing w:after="0"/>
        <w:ind w:left="-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015.26P</w:t>
      </w:r>
      <w:r>
        <w:rPr>
          <w:rFonts w:ascii="Arial" w:hAnsi="Arial" w:cs="Arial"/>
          <w:b/>
          <w:bCs/>
          <w:sz w:val="24"/>
          <w:szCs w:val="24"/>
        </w:rPr>
        <w:tab/>
      </w:r>
      <w:r w:rsidR="0085054D" w:rsidRPr="00702EDF">
        <w:rPr>
          <w:rFonts w:ascii="Arial" w:hAnsi="Arial" w:cs="Arial"/>
          <w:b/>
          <w:bCs/>
          <w:sz w:val="24"/>
          <w:szCs w:val="24"/>
        </w:rPr>
        <w:t xml:space="preserve">Apologies </w:t>
      </w:r>
    </w:p>
    <w:p w14:paraId="6B20D2D9" w14:textId="77777777" w:rsidR="00C177C1" w:rsidRPr="00621FDF" w:rsidRDefault="00C177C1" w:rsidP="001A356C">
      <w:pPr>
        <w:spacing w:after="0"/>
        <w:ind w:left="-567"/>
        <w:rPr>
          <w:rFonts w:ascii="Arial" w:hAnsi="Arial" w:cs="Arial"/>
          <w:sz w:val="12"/>
          <w:szCs w:val="12"/>
        </w:rPr>
      </w:pPr>
    </w:p>
    <w:p w14:paraId="6102F2F5" w14:textId="7E273199" w:rsidR="0085054D" w:rsidRPr="00702EDF" w:rsidRDefault="00A31429" w:rsidP="001A356C">
      <w:pPr>
        <w:spacing w:after="0"/>
        <w:ind w:left="-567"/>
        <w:rPr>
          <w:rFonts w:ascii="Arial" w:hAnsi="Arial" w:cs="Arial"/>
          <w:b/>
          <w:bCs/>
          <w:sz w:val="24"/>
          <w:szCs w:val="24"/>
        </w:rPr>
      </w:pPr>
      <w:r w:rsidRPr="00702EDF">
        <w:rPr>
          <w:rFonts w:ascii="Arial" w:hAnsi="Arial" w:cs="Arial"/>
          <w:b/>
          <w:bCs/>
          <w:sz w:val="24"/>
          <w:szCs w:val="24"/>
        </w:rPr>
        <w:t>0</w:t>
      </w:r>
      <w:r w:rsidR="002E5FA2">
        <w:rPr>
          <w:rFonts w:ascii="Arial" w:hAnsi="Arial" w:cs="Arial"/>
          <w:b/>
          <w:bCs/>
          <w:sz w:val="24"/>
          <w:szCs w:val="24"/>
        </w:rPr>
        <w:t>1</w:t>
      </w:r>
      <w:r w:rsidR="009F1FD0">
        <w:rPr>
          <w:rFonts w:ascii="Arial" w:hAnsi="Arial" w:cs="Arial"/>
          <w:b/>
          <w:bCs/>
          <w:sz w:val="24"/>
          <w:szCs w:val="24"/>
        </w:rPr>
        <w:t>6</w:t>
      </w:r>
      <w:r w:rsidR="0085054D" w:rsidRPr="00702EDF">
        <w:rPr>
          <w:rFonts w:ascii="Arial" w:hAnsi="Arial" w:cs="Arial"/>
          <w:b/>
          <w:bCs/>
          <w:sz w:val="24"/>
          <w:szCs w:val="24"/>
        </w:rPr>
        <w:t>.</w:t>
      </w:r>
      <w:r w:rsidR="00D85DDC" w:rsidRPr="00702EDF">
        <w:rPr>
          <w:rFonts w:ascii="Arial" w:hAnsi="Arial" w:cs="Arial"/>
          <w:b/>
          <w:bCs/>
          <w:sz w:val="24"/>
          <w:szCs w:val="24"/>
        </w:rPr>
        <w:t>26</w:t>
      </w:r>
      <w:r w:rsidR="00F844EB">
        <w:rPr>
          <w:rFonts w:ascii="Arial" w:hAnsi="Arial" w:cs="Arial"/>
          <w:b/>
          <w:bCs/>
          <w:sz w:val="24"/>
          <w:szCs w:val="24"/>
        </w:rPr>
        <w:t>P</w:t>
      </w:r>
      <w:r w:rsidR="0085054D" w:rsidRPr="00702EDF">
        <w:rPr>
          <w:rFonts w:ascii="Arial" w:hAnsi="Arial" w:cs="Arial"/>
          <w:b/>
          <w:bCs/>
          <w:sz w:val="24"/>
          <w:szCs w:val="24"/>
        </w:rPr>
        <w:t xml:space="preserve"> </w:t>
      </w:r>
      <w:r w:rsidR="00D85DDC" w:rsidRPr="00702EDF">
        <w:rPr>
          <w:rFonts w:ascii="Arial" w:hAnsi="Arial" w:cs="Arial"/>
          <w:b/>
          <w:bCs/>
          <w:sz w:val="24"/>
          <w:szCs w:val="24"/>
        </w:rPr>
        <w:tab/>
      </w:r>
      <w:r w:rsidR="00C54950" w:rsidRPr="00702EDF">
        <w:rPr>
          <w:rFonts w:ascii="Arial" w:hAnsi="Arial" w:cs="Arial"/>
          <w:b/>
          <w:bCs/>
          <w:sz w:val="24"/>
          <w:szCs w:val="24"/>
        </w:rPr>
        <w:t>Declaration</w:t>
      </w:r>
      <w:r w:rsidR="00F844EB">
        <w:rPr>
          <w:rFonts w:ascii="Arial" w:hAnsi="Arial" w:cs="Arial"/>
          <w:b/>
          <w:bCs/>
          <w:sz w:val="24"/>
          <w:szCs w:val="24"/>
        </w:rPr>
        <w:t>s</w:t>
      </w:r>
      <w:r w:rsidR="00C54950" w:rsidRPr="00702EDF">
        <w:rPr>
          <w:rFonts w:ascii="Arial" w:hAnsi="Arial" w:cs="Arial"/>
          <w:b/>
          <w:bCs/>
          <w:sz w:val="24"/>
          <w:szCs w:val="24"/>
        </w:rPr>
        <w:t xml:space="preserve"> of Interest</w:t>
      </w:r>
    </w:p>
    <w:p w14:paraId="07D8E462" w14:textId="0E8183FB" w:rsidR="00E048BB" w:rsidRDefault="00E048BB" w:rsidP="001A356C">
      <w:pPr>
        <w:spacing w:after="0"/>
        <w:ind w:left="-567"/>
        <w:rPr>
          <w:rFonts w:ascii="Arial" w:hAnsi="Arial" w:cs="Arial"/>
          <w:sz w:val="24"/>
          <w:szCs w:val="24"/>
        </w:rPr>
      </w:pPr>
      <w:r w:rsidRPr="00C177C1">
        <w:rPr>
          <w:rFonts w:ascii="Arial" w:hAnsi="Arial" w:cs="Arial"/>
          <w:sz w:val="24"/>
          <w:szCs w:val="24"/>
        </w:rPr>
        <w:tab/>
      </w:r>
      <w:r w:rsidRPr="00C177C1">
        <w:rPr>
          <w:rFonts w:ascii="Arial" w:hAnsi="Arial" w:cs="Arial"/>
          <w:sz w:val="24"/>
          <w:szCs w:val="24"/>
        </w:rPr>
        <w:tab/>
        <w:t>To receive any declarations of interest for items on the agenda</w:t>
      </w:r>
    </w:p>
    <w:p w14:paraId="4024B509" w14:textId="77777777" w:rsidR="00C177C1" w:rsidRPr="000B6E5A" w:rsidRDefault="00C177C1" w:rsidP="001A356C">
      <w:pPr>
        <w:spacing w:after="0"/>
        <w:ind w:left="-567"/>
        <w:rPr>
          <w:rFonts w:ascii="Arial" w:hAnsi="Arial" w:cs="Arial"/>
          <w:sz w:val="12"/>
          <w:szCs w:val="12"/>
        </w:rPr>
      </w:pPr>
    </w:p>
    <w:p w14:paraId="640480D3" w14:textId="570DC621" w:rsidR="00BC4447" w:rsidRDefault="00D85DDC" w:rsidP="001A356C">
      <w:pPr>
        <w:spacing w:after="0"/>
        <w:ind w:left="-567"/>
        <w:rPr>
          <w:rFonts w:ascii="Arial" w:hAnsi="Arial" w:cs="Arial"/>
          <w:b/>
          <w:bCs/>
          <w:sz w:val="24"/>
          <w:szCs w:val="24"/>
        </w:rPr>
      </w:pPr>
      <w:r w:rsidRPr="00702EDF">
        <w:rPr>
          <w:rFonts w:ascii="Arial" w:hAnsi="Arial" w:cs="Arial"/>
          <w:b/>
          <w:bCs/>
          <w:sz w:val="24"/>
          <w:szCs w:val="24"/>
        </w:rPr>
        <w:t>0</w:t>
      </w:r>
      <w:r w:rsidR="002E5FA2">
        <w:rPr>
          <w:rFonts w:ascii="Arial" w:hAnsi="Arial" w:cs="Arial"/>
          <w:b/>
          <w:bCs/>
          <w:sz w:val="24"/>
          <w:szCs w:val="24"/>
        </w:rPr>
        <w:t>1</w:t>
      </w:r>
      <w:r w:rsidR="009F1FD0">
        <w:rPr>
          <w:rFonts w:ascii="Arial" w:hAnsi="Arial" w:cs="Arial"/>
          <w:b/>
          <w:bCs/>
          <w:sz w:val="24"/>
          <w:szCs w:val="24"/>
        </w:rPr>
        <w:t>7</w:t>
      </w:r>
      <w:r w:rsidR="00C54950" w:rsidRPr="00702EDF">
        <w:rPr>
          <w:rFonts w:ascii="Arial" w:hAnsi="Arial" w:cs="Arial"/>
          <w:b/>
          <w:bCs/>
          <w:sz w:val="24"/>
          <w:szCs w:val="24"/>
        </w:rPr>
        <w:t>.</w:t>
      </w:r>
      <w:r w:rsidRPr="00702EDF">
        <w:rPr>
          <w:rFonts w:ascii="Arial" w:hAnsi="Arial" w:cs="Arial"/>
          <w:b/>
          <w:bCs/>
          <w:sz w:val="24"/>
          <w:szCs w:val="24"/>
        </w:rPr>
        <w:t>26</w:t>
      </w:r>
      <w:r w:rsidR="00641D65">
        <w:rPr>
          <w:rFonts w:ascii="Arial" w:hAnsi="Arial" w:cs="Arial"/>
          <w:b/>
          <w:bCs/>
          <w:sz w:val="24"/>
          <w:szCs w:val="24"/>
        </w:rPr>
        <w:t>P</w:t>
      </w:r>
      <w:r w:rsidR="00C54950" w:rsidRPr="00702EDF">
        <w:rPr>
          <w:rFonts w:ascii="Arial" w:hAnsi="Arial" w:cs="Arial"/>
          <w:b/>
          <w:bCs/>
          <w:sz w:val="24"/>
          <w:szCs w:val="24"/>
        </w:rPr>
        <w:t xml:space="preserve"> </w:t>
      </w:r>
      <w:r w:rsidRPr="00702EDF">
        <w:rPr>
          <w:rFonts w:ascii="Arial" w:hAnsi="Arial" w:cs="Arial"/>
          <w:b/>
          <w:bCs/>
          <w:sz w:val="24"/>
          <w:szCs w:val="24"/>
        </w:rPr>
        <w:tab/>
      </w:r>
      <w:r w:rsidR="00641D65">
        <w:rPr>
          <w:rFonts w:ascii="Arial" w:hAnsi="Arial" w:cs="Arial"/>
          <w:b/>
          <w:bCs/>
          <w:sz w:val="24"/>
          <w:szCs w:val="24"/>
        </w:rPr>
        <w:t>Public comments/statement</w:t>
      </w:r>
      <w:r w:rsidR="00BC4447">
        <w:rPr>
          <w:rFonts w:ascii="Arial" w:hAnsi="Arial" w:cs="Arial"/>
          <w:b/>
          <w:bCs/>
          <w:sz w:val="24"/>
          <w:szCs w:val="24"/>
        </w:rPr>
        <w:t>s</w:t>
      </w:r>
    </w:p>
    <w:p w14:paraId="44F58161" w14:textId="0213F8FC" w:rsidR="00CE77B6" w:rsidRDefault="00BC4447" w:rsidP="001A356C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public may speak for a </w:t>
      </w:r>
      <w:r w:rsidR="00C329E9">
        <w:rPr>
          <w:rFonts w:ascii="Arial" w:hAnsi="Arial" w:cs="Arial"/>
          <w:sz w:val="24"/>
          <w:szCs w:val="24"/>
        </w:rPr>
        <w:t>maximum</w:t>
      </w:r>
      <w:r>
        <w:rPr>
          <w:rFonts w:ascii="Arial" w:hAnsi="Arial" w:cs="Arial"/>
          <w:sz w:val="24"/>
          <w:szCs w:val="24"/>
        </w:rPr>
        <w:t xml:space="preserve"> of 10 minutes on items on the agenda</w:t>
      </w:r>
      <w:r w:rsidR="00CE77B6">
        <w:rPr>
          <w:rFonts w:ascii="Arial" w:hAnsi="Arial" w:cs="Arial"/>
          <w:sz w:val="24"/>
          <w:szCs w:val="24"/>
        </w:rPr>
        <w:t xml:space="preserve"> or items that may</w:t>
      </w:r>
      <w:r w:rsidR="00862EBE">
        <w:rPr>
          <w:rFonts w:ascii="Arial" w:hAnsi="Arial" w:cs="Arial"/>
          <w:sz w:val="24"/>
          <w:szCs w:val="24"/>
        </w:rPr>
        <w:t xml:space="preserve"> </w:t>
      </w:r>
      <w:r w:rsidR="00CE77B6">
        <w:rPr>
          <w:rFonts w:ascii="Arial" w:hAnsi="Arial" w:cs="Arial"/>
          <w:sz w:val="24"/>
          <w:szCs w:val="24"/>
        </w:rPr>
        <w:t>be considered for a future agenda at the Chair’s discretion.</w:t>
      </w:r>
    </w:p>
    <w:p w14:paraId="61754CAD" w14:textId="77777777" w:rsidR="004123A8" w:rsidRPr="000B6E5A" w:rsidRDefault="004123A8" w:rsidP="001A356C">
      <w:pPr>
        <w:spacing w:after="0"/>
        <w:ind w:left="-567"/>
        <w:rPr>
          <w:rFonts w:ascii="Arial" w:hAnsi="Arial" w:cs="Arial"/>
          <w:sz w:val="12"/>
          <w:szCs w:val="12"/>
        </w:rPr>
      </w:pPr>
    </w:p>
    <w:p w14:paraId="7E3F85B9" w14:textId="538D2E25" w:rsidR="00C54950" w:rsidRPr="00702EDF" w:rsidRDefault="004123A8" w:rsidP="001A356C">
      <w:pPr>
        <w:spacing w:after="0"/>
        <w:ind w:left="-567"/>
        <w:rPr>
          <w:rFonts w:ascii="Arial" w:hAnsi="Arial" w:cs="Arial"/>
          <w:b/>
          <w:bCs/>
          <w:sz w:val="24"/>
          <w:szCs w:val="24"/>
        </w:rPr>
      </w:pPr>
      <w:r w:rsidRPr="004123A8">
        <w:rPr>
          <w:rFonts w:ascii="Arial" w:hAnsi="Arial" w:cs="Arial"/>
          <w:b/>
          <w:bCs/>
          <w:sz w:val="24"/>
          <w:szCs w:val="24"/>
        </w:rPr>
        <w:t>0</w:t>
      </w:r>
      <w:r w:rsidR="0082514C">
        <w:rPr>
          <w:rFonts w:ascii="Arial" w:hAnsi="Arial" w:cs="Arial"/>
          <w:b/>
          <w:bCs/>
          <w:sz w:val="24"/>
          <w:szCs w:val="24"/>
        </w:rPr>
        <w:t>1</w:t>
      </w:r>
      <w:r w:rsidR="009F1FD0">
        <w:rPr>
          <w:rFonts w:ascii="Arial" w:hAnsi="Arial" w:cs="Arial"/>
          <w:b/>
          <w:bCs/>
          <w:sz w:val="24"/>
          <w:szCs w:val="24"/>
        </w:rPr>
        <w:t>8</w:t>
      </w:r>
      <w:r w:rsidRPr="004123A8">
        <w:rPr>
          <w:rFonts w:ascii="Arial" w:hAnsi="Arial" w:cs="Arial"/>
          <w:b/>
          <w:bCs/>
          <w:sz w:val="24"/>
          <w:szCs w:val="24"/>
        </w:rPr>
        <w:t>.26P</w:t>
      </w:r>
      <w:r>
        <w:rPr>
          <w:rFonts w:ascii="Arial" w:hAnsi="Arial" w:cs="Arial"/>
          <w:sz w:val="24"/>
          <w:szCs w:val="24"/>
        </w:rPr>
        <w:tab/>
      </w:r>
      <w:r w:rsidR="00454893" w:rsidRPr="00702EDF">
        <w:rPr>
          <w:rFonts w:ascii="Arial" w:hAnsi="Arial" w:cs="Arial"/>
          <w:b/>
          <w:bCs/>
          <w:sz w:val="24"/>
          <w:szCs w:val="24"/>
        </w:rPr>
        <w:t>To approve the minu</w:t>
      </w:r>
      <w:r w:rsidR="006C208B" w:rsidRPr="00702EDF">
        <w:rPr>
          <w:rFonts w:ascii="Arial" w:hAnsi="Arial" w:cs="Arial"/>
          <w:b/>
          <w:bCs/>
          <w:sz w:val="24"/>
          <w:szCs w:val="24"/>
        </w:rPr>
        <w:t>t</w:t>
      </w:r>
      <w:r w:rsidR="00454893" w:rsidRPr="00702EDF">
        <w:rPr>
          <w:rFonts w:ascii="Arial" w:hAnsi="Arial" w:cs="Arial"/>
          <w:b/>
          <w:bCs/>
          <w:sz w:val="24"/>
          <w:szCs w:val="24"/>
        </w:rPr>
        <w:t xml:space="preserve">es of the previous meeting, </w:t>
      </w:r>
      <w:r w:rsidR="0027527A">
        <w:rPr>
          <w:rFonts w:ascii="Arial" w:hAnsi="Arial" w:cs="Arial"/>
          <w:b/>
          <w:bCs/>
          <w:sz w:val="24"/>
          <w:szCs w:val="24"/>
        </w:rPr>
        <w:t>2</w:t>
      </w:r>
      <w:r w:rsidR="00EB1AFF">
        <w:rPr>
          <w:rFonts w:ascii="Arial" w:hAnsi="Arial" w:cs="Arial"/>
          <w:b/>
          <w:bCs/>
          <w:sz w:val="24"/>
          <w:szCs w:val="24"/>
        </w:rPr>
        <w:t>5</w:t>
      </w:r>
      <w:r w:rsidR="00D7724B" w:rsidRPr="00D7724B">
        <w:rPr>
          <w:rFonts w:ascii="Arial" w:hAnsi="Arial" w:cs="Arial"/>
          <w:b/>
          <w:bCs/>
          <w:sz w:val="24"/>
          <w:szCs w:val="24"/>
          <w:vertAlign w:val="superscript"/>
        </w:rPr>
        <w:t>th</w:t>
      </w:r>
      <w:r w:rsidR="00D7724B">
        <w:rPr>
          <w:rFonts w:ascii="Arial" w:hAnsi="Arial" w:cs="Arial"/>
          <w:b/>
          <w:bCs/>
          <w:sz w:val="24"/>
          <w:szCs w:val="24"/>
        </w:rPr>
        <w:t xml:space="preserve"> </w:t>
      </w:r>
      <w:r w:rsidR="00EB1AFF">
        <w:rPr>
          <w:rFonts w:ascii="Arial" w:hAnsi="Arial" w:cs="Arial"/>
          <w:b/>
          <w:bCs/>
          <w:sz w:val="24"/>
          <w:szCs w:val="24"/>
        </w:rPr>
        <w:t>March</w:t>
      </w:r>
      <w:r w:rsidR="00D7724B">
        <w:rPr>
          <w:rFonts w:ascii="Arial" w:hAnsi="Arial" w:cs="Arial"/>
          <w:b/>
          <w:bCs/>
          <w:sz w:val="24"/>
          <w:szCs w:val="24"/>
        </w:rPr>
        <w:t xml:space="preserve"> 2026</w:t>
      </w:r>
    </w:p>
    <w:p w14:paraId="79202AD7" w14:textId="03CAA33D" w:rsidR="00C177C1" w:rsidRDefault="00C177C1" w:rsidP="001A356C">
      <w:pPr>
        <w:pStyle w:val="NoSpacing"/>
        <w:spacing w:line="276" w:lineRule="auto"/>
        <w:ind w:left="-567"/>
        <w:rPr>
          <w:rFonts w:ascii="Arial" w:hAnsi="Arial" w:cs="Arial"/>
          <w:sz w:val="24"/>
          <w:szCs w:val="24"/>
        </w:rPr>
      </w:pPr>
      <w:r w:rsidRPr="00C177C1">
        <w:rPr>
          <w:rFonts w:ascii="Arial" w:hAnsi="Arial" w:cs="Arial"/>
          <w:sz w:val="24"/>
          <w:szCs w:val="24"/>
        </w:rPr>
        <w:t>To review actions</w:t>
      </w:r>
      <w:r w:rsidRPr="00C177C1">
        <w:rPr>
          <w:rFonts w:ascii="Arial" w:hAnsi="Arial" w:cs="Arial"/>
          <w:b/>
          <w:bCs/>
          <w:sz w:val="24"/>
          <w:szCs w:val="24"/>
        </w:rPr>
        <w:t xml:space="preserve"> </w:t>
      </w:r>
      <w:r w:rsidRPr="00C177C1">
        <w:rPr>
          <w:rFonts w:ascii="Arial" w:hAnsi="Arial" w:cs="Arial"/>
          <w:sz w:val="24"/>
          <w:szCs w:val="24"/>
        </w:rPr>
        <w:t>arising from the minutes of matters not already on the agenda.</w:t>
      </w:r>
    </w:p>
    <w:p w14:paraId="0DEAF494" w14:textId="77777777" w:rsidR="00C177C1" w:rsidRPr="000B6E5A" w:rsidRDefault="00C177C1" w:rsidP="001A356C">
      <w:pPr>
        <w:pStyle w:val="NoSpacing"/>
        <w:spacing w:line="276" w:lineRule="auto"/>
        <w:ind w:left="-567"/>
        <w:rPr>
          <w:rFonts w:ascii="Arial" w:hAnsi="Arial" w:cs="Arial"/>
          <w:sz w:val="12"/>
          <w:szCs w:val="12"/>
        </w:rPr>
      </w:pPr>
    </w:p>
    <w:p w14:paraId="06711AA7" w14:textId="52BE88E3" w:rsidR="00D20191" w:rsidRDefault="00D85DDC" w:rsidP="001A356C">
      <w:pPr>
        <w:spacing w:after="0"/>
        <w:ind w:left="-567"/>
        <w:rPr>
          <w:rFonts w:ascii="Arial" w:hAnsi="Arial" w:cs="Arial"/>
          <w:b/>
          <w:bCs/>
          <w:sz w:val="24"/>
          <w:szCs w:val="24"/>
        </w:rPr>
      </w:pPr>
      <w:r w:rsidRPr="00702EDF">
        <w:rPr>
          <w:rFonts w:ascii="Arial" w:hAnsi="Arial" w:cs="Arial"/>
          <w:b/>
          <w:bCs/>
          <w:sz w:val="24"/>
          <w:szCs w:val="24"/>
        </w:rPr>
        <w:t>0</w:t>
      </w:r>
      <w:r w:rsidR="00672580">
        <w:rPr>
          <w:rFonts w:ascii="Arial" w:hAnsi="Arial" w:cs="Arial"/>
          <w:b/>
          <w:bCs/>
          <w:sz w:val="24"/>
          <w:szCs w:val="24"/>
        </w:rPr>
        <w:t>1</w:t>
      </w:r>
      <w:r w:rsidR="009F1FD0">
        <w:rPr>
          <w:rFonts w:ascii="Arial" w:hAnsi="Arial" w:cs="Arial"/>
          <w:b/>
          <w:bCs/>
          <w:sz w:val="24"/>
          <w:szCs w:val="24"/>
        </w:rPr>
        <w:t>9</w:t>
      </w:r>
      <w:r w:rsidR="00FB6765" w:rsidRPr="00702EDF">
        <w:rPr>
          <w:rFonts w:ascii="Arial" w:hAnsi="Arial" w:cs="Arial"/>
          <w:b/>
          <w:bCs/>
          <w:sz w:val="24"/>
          <w:szCs w:val="24"/>
        </w:rPr>
        <w:t>.</w:t>
      </w:r>
      <w:r w:rsidRPr="00702EDF">
        <w:rPr>
          <w:rFonts w:ascii="Arial" w:hAnsi="Arial" w:cs="Arial"/>
          <w:b/>
          <w:bCs/>
          <w:sz w:val="24"/>
          <w:szCs w:val="24"/>
        </w:rPr>
        <w:t>26</w:t>
      </w:r>
      <w:r w:rsidR="0035769B">
        <w:rPr>
          <w:rFonts w:ascii="Arial" w:hAnsi="Arial" w:cs="Arial"/>
          <w:b/>
          <w:bCs/>
          <w:sz w:val="24"/>
          <w:szCs w:val="24"/>
        </w:rPr>
        <w:t>P</w:t>
      </w:r>
      <w:r w:rsidR="00FB6765" w:rsidRPr="00702EDF">
        <w:rPr>
          <w:rFonts w:ascii="Arial" w:hAnsi="Arial" w:cs="Arial"/>
          <w:b/>
          <w:bCs/>
          <w:sz w:val="24"/>
          <w:szCs w:val="24"/>
        </w:rPr>
        <w:t xml:space="preserve"> </w:t>
      </w:r>
      <w:r w:rsidRPr="00702EDF">
        <w:rPr>
          <w:rFonts w:ascii="Arial" w:hAnsi="Arial" w:cs="Arial"/>
          <w:b/>
          <w:bCs/>
          <w:sz w:val="24"/>
          <w:szCs w:val="24"/>
        </w:rPr>
        <w:tab/>
      </w:r>
      <w:r w:rsidR="00196716">
        <w:rPr>
          <w:rFonts w:ascii="Arial" w:hAnsi="Arial" w:cs="Arial"/>
          <w:b/>
          <w:bCs/>
          <w:sz w:val="24"/>
          <w:szCs w:val="24"/>
        </w:rPr>
        <w:t xml:space="preserve">Planning Reports. </w:t>
      </w:r>
    </w:p>
    <w:p w14:paraId="76809799" w14:textId="77777777" w:rsidR="00196716" w:rsidRPr="000B6E5A" w:rsidRDefault="00196716" w:rsidP="001A356C">
      <w:pPr>
        <w:spacing w:after="0"/>
        <w:ind w:left="-567"/>
        <w:rPr>
          <w:rFonts w:ascii="Arial" w:hAnsi="Arial" w:cs="Arial"/>
          <w:b/>
          <w:bCs/>
          <w:sz w:val="12"/>
          <w:szCs w:val="12"/>
        </w:rPr>
      </w:pPr>
    </w:p>
    <w:p w14:paraId="6F1FA10A" w14:textId="09CA7E0E" w:rsidR="00196716" w:rsidRDefault="00DC7BF5" w:rsidP="00B90682">
      <w:pPr>
        <w:spacing w:after="0"/>
        <w:ind w:left="-142" w:hanging="425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  <w:u w:val="single"/>
        </w:rPr>
        <w:t>Planning applications for discussion.</w:t>
      </w:r>
    </w:p>
    <w:p w14:paraId="55B8CE5C" w14:textId="77777777" w:rsidR="00DC7BF5" w:rsidRPr="009622D3" w:rsidRDefault="00DC7BF5" w:rsidP="00B90682">
      <w:pPr>
        <w:spacing w:after="0"/>
        <w:ind w:left="-142" w:hanging="425"/>
        <w:rPr>
          <w:rFonts w:ascii="Arial" w:hAnsi="Arial" w:cs="Arial"/>
          <w:b/>
          <w:bCs/>
          <w:sz w:val="12"/>
          <w:szCs w:val="12"/>
          <w:u w:val="single"/>
        </w:rPr>
      </w:pPr>
    </w:p>
    <w:p w14:paraId="3FDEE85E" w14:textId="4ED6DADA" w:rsidR="00EA4F6F" w:rsidRDefault="00A27BA9" w:rsidP="00EA4F6F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3254C3">
        <w:rPr>
          <w:rFonts w:ascii="Arial" w:hAnsi="Arial" w:cs="Arial"/>
          <w:b/>
          <w:bCs/>
          <w:sz w:val="24"/>
          <w:szCs w:val="24"/>
        </w:rPr>
        <w:t>0</w:t>
      </w:r>
      <w:r w:rsidR="00170071">
        <w:rPr>
          <w:rFonts w:ascii="Arial" w:hAnsi="Arial" w:cs="Arial"/>
          <w:b/>
          <w:bCs/>
          <w:sz w:val="24"/>
          <w:szCs w:val="24"/>
        </w:rPr>
        <w:t>210</w:t>
      </w:r>
      <w:r w:rsidR="003254C3">
        <w:rPr>
          <w:rFonts w:ascii="Arial" w:hAnsi="Arial" w:cs="Arial"/>
          <w:b/>
          <w:bCs/>
          <w:sz w:val="24"/>
          <w:szCs w:val="24"/>
        </w:rPr>
        <w:t xml:space="preserve">.26 </w:t>
      </w:r>
      <w:r w:rsidR="00061351">
        <w:rPr>
          <w:rFonts w:ascii="Arial" w:hAnsi="Arial" w:cs="Arial"/>
          <w:b/>
          <w:bCs/>
          <w:sz w:val="24"/>
          <w:szCs w:val="24"/>
        </w:rPr>
        <w:t>–</w:t>
      </w:r>
      <w:r w:rsidR="003254C3">
        <w:rPr>
          <w:rFonts w:ascii="Arial" w:hAnsi="Arial" w:cs="Arial"/>
          <w:b/>
          <w:bCs/>
          <w:sz w:val="24"/>
          <w:szCs w:val="24"/>
        </w:rPr>
        <w:t xml:space="preserve"> </w:t>
      </w:r>
      <w:r w:rsidR="002C2250">
        <w:rPr>
          <w:rFonts w:ascii="Arial" w:hAnsi="Arial" w:cs="Arial"/>
          <w:b/>
          <w:bCs/>
          <w:sz w:val="24"/>
          <w:szCs w:val="24"/>
        </w:rPr>
        <w:t>Dartmoor Lodge</w:t>
      </w:r>
      <w:r w:rsidR="002C2250">
        <w:rPr>
          <w:rFonts w:ascii="Arial" w:hAnsi="Arial" w:cs="Arial"/>
          <w:b/>
          <w:bCs/>
          <w:sz w:val="24"/>
          <w:szCs w:val="24"/>
        </w:rPr>
        <w:tab/>
      </w:r>
      <w:r w:rsidR="002C2250">
        <w:rPr>
          <w:rFonts w:ascii="Arial" w:hAnsi="Arial" w:cs="Arial"/>
          <w:b/>
          <w:bCs/>
          <w:sz w:val="24"/>
          <w:szCs w:val="24"/>
        </w:rPr>
        <w:tab/>
      </w:r>
      <w:r w:rsidR="00F93D1F">
        <w:rPr>
          <w:rFonts w:ascii="Arial" w:hAnsi="Arial" w:cs="Arial"/>
          <w:b/>
          <w:bCs/>
          <w:sz w:val="24"/>
          <w:szCs w:val="24"/>
        </w:rPr>
        <w:tab/>
      </w:r>
      <w:r w:rsidR="00F93D1F">
        <w:rPr>
          <w:rFonts w:ascii="Arial" w:hAnsi="Arial" w:cs="Arial"/>
          <w:b/>
          <w:bCs/>
          <w:sz w:val="24"/>
          <w:szCs w:val="24"/>
        </w:rPr>
        <w:tab/>
      </w:r>
      <w:r w:rsidR="00F93D1F">
        <w:rPr>
          <w:rFonts w:ascii="Arial" w:hAnsi="Arial" w:cs="Arial"/>
          <w:b/>
          <w:bCs/>
          <w:sz w:val="24"/>
          <w:szCs w:val="24"/>
        </w:rPr>
        <w:tab/>
      </w:r>
      <w:r w:rsidR="00F93D1F">
        <w:rPr>
          <w:rFonts w:ascii="Arial" w:hAnsi="Arial" w:cs="Arial"/>
          <w:b/>
          <w:bCs/>
          <w:sz w:val="24"/>
          <w:szCs w:val="24"/>
        </w:rPr>
        <w:tab/>
      </w:r>
      <w:r w:rsidR="00F93D1F">
        <w:rPr>
          <w:rFonts w:ascii="Arial" w:hAnsi="Arial" w:cs="Arial"/>
          <w:b/>
          <w:bCs/>
          <w:sz w:val="24"/>
          <w:szCs w:val="24"/>
        </w:rPr>
        <w:tab/>
      </w:r>
      <w:r w:rsidR="00F93D1F" w:rsidRPr="00820D2F">
        <w:rPr>
          <w:rFonts w:ascii="Arial" w:hAnsi="Arial" w:cs="Arial"/>
          <w:sz w:val="24"/>
          <w:szCs w:val="24"/>
        </w:rPr>
        <w:t>(2</w:t>
      </w:r>
      <w:r w:rsidR="002C2250">
        <w:rPr>
          <w:rFonts w:ascii="Arial" w:hAnsi="Arial" w:cs="Arial"/>
          <w:sz w:val="24"/>
          <w:szCs w:val="24"/>
        </w:rPr>
        <w:t>3</w:t>
      </w:r>
      <w:r w:rsidR="00F93D1F" w:rsidRPr="00820D2F">
        <w:rPr>
          <w:rFonts w:ascii="Arial" w:hAnsi="Arial" w:cs="Arial"/>
          <w:sz w:val="24"/>
          <w:szCs w:val="24"/>
        </w:rPr>
        <w:t>/</w:t>
      </w:r>
      <w:r w:rsidR="002C2250">
        <w:rPr>
          <w:rFonts w:ascii="Arial" w:hAnsi="Arial" w:cs="Arial"/>
          <w:sz w:val="24"/>
          <w:szCs w:val="24"/>
        </w:rPr>
        <w:t>7</w:t>
      </w:r>
      <w:r w:rsidR="00F93D1F" w:rsidRPr="00820D2F">
        <w:rPr>
          <w:rFonts w:ascii="Arial" w:hAnsi="Arial" w:cs="Arial"/>
          <w:sz w:val="24"/>
          <w:szCs w:val="24"/>
        </w:rPr>
        <w:t>)</w:t>
      </w:r>
      <w:r w:rsidR="00EA4F6F" w:rsidRPr="00820D2F">
        <w:rPr>
          <w:rFonts w:ascii="Arial" w:hAnsi="Arial" w:cs="Arial"/>
          <w:sz w:val="24"/>
          <w:szCs w:val="24"/>
        </w:rPr>
        <w:t xml:space="preserve"> </w:t>
      </w:r>
      <w:r w:rsidR="00EA4F6F" w:rsidRPr="00820D2F">
        <w:rPr>
          <w:rFonts w:ascii="Arial" w:hAnsi="Arial" w:cs="Arial"/>
          <w:sz w:val="24"/>
          <w:szCs w:val="24"/>
        </w:rPr>
        <w:tab/>
      </w:r>
    </w:p>
    <w:p w14:paraId="06F0A98F" w14:textId="495EA39B" w:rsidR="001A5B55" w:rsidRDefault="005B295C" w:rsidP="00EA4F6F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</w:t>
      </w:r>
      <w:r w:rsidR="001D59DE">
        <w:rPr>
          <w:rFonts w:ascii="Arial" w:hAnsi="Arial" w:cs="Arial"/>
          <w:sz w:val="24"/>
          <w:szCs w:val="24"/>
        </w:rPr>
        <w:t>Part retrospective re open air cafe</w:t>
      </w:r>
    </w:p>
    <w:p w14:paraId="6B3D204E" w14:textId="77777777" w:rsidR="002C2250" w:rsidRDefault="002C2250" w:rsidP="00EA4F6F">
      <w:pPr>
        <w:spacing w:after="0"/>
        <w:ind w:left="-142" w:hanging="425"/>
        <w:rPr>
          <w:rFonts w:ascii="Arial" w:hAnsi="Arial" w:cs="Arial"/>
          <w:sz w:val="24"/>
          <w:szCs w:val="24"/>
        </w:rPr>
      </w:pPr>
    </w:p>
    <w:p w14:paraId="4F4801C8" w14:textId="2BF330C8" w:rsidR="002C2250" w:rsidRDefault="002C2250" w:rsidP="00EA4F6F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</w:t>
      </w:r>
      <w:r w:rsidR="004F691C">
        <w:rPr>
          <w:rFonts w:ascii="Arial" w:hAnsi="Arial" w:cs="Arial"/>
          <w:b/>
          <w:bCs/>
          <w:sz w:val="24"/>
          <w:szCs w:val="24"/>
        </w:rPr>
        <w:t>0211.26 – Barn Owl Trust, Waterleat, TQ13</w:t>
      </w:r>
      <w:r w:rsidR="00920691">
        <w:rPr>
          <w:rFonts w:ascii="Arial" w:hAnsi="Arial" w:cs="Arial"/>
          <w:b/>
          <w:bCs/>
          <w:sz w:val="24"/>
          <w:szCs w:val="24"/>
        </w:rPr>
        <w:t xml:space="preserve"> 7HU</w:t>
      </w:r>
      <w:r w:rsidR="00920691">
        <w:rPr>
          <w:rFonts w:ascii="Arial" w:hAnsi="Arial" w:cs="Arial"/>
          <w:b/>
          <w:bCs/>
          <w:sz w:val="24"/>
          <w:szCs w:val="24"/>
        </w:rPr>
        <w:tab/>
      </w:r>
      <w:r w:rsidR="00920691">
        <w:rPr>
          <w:rFonts w:ascii="Arial" w:hAnsi="Arial" w:cs="Arial"/>
          <w:b/>
          <w:bCs/>
          <w:sz w:val="24"/>
          <w:szCs w:val="24"/>
        </w:rPr>
        <w:tab/>
      </w:r>
      <w:r w:rsidR="00920691">
        <w:rPr>
          <w:rFonts w:ascii="Arial" w:hAnsi="Arial" w:cs="Arial"/>
          <w:b/>
          <w:bCs/>
          <w:sz w:val="24"/>
          <w:szCs w:val="24"/>
        </w:rPr>
        <w:tab/>
      </w:r>
      <w:r w:rsidR="00920691">
        <w:rPr>
          <w:rFonts w:ascii="Arial" w:hAnsi="Arial" w:cs="Arial"/>
          <w:b/>
          <w:bCs/>
          <w:sz w:val="24"/>
          <w:szCs w:val="24"/>
        </w:rPr>
        <w:tab/>
      </w:r>
      <w:r w:rsidR="00920691" w:rsidRPr="00920691">
        <w:rPr>
          <w:rFonts w:ascii="Arial" w:hAnsi="Arial" w:cs="Arial"/>
          <w:sz w:val="24"/>
          <w:szCs w:val="24"/>
        </w:rPr>
        <w:t>(23/7)</w:t>
      </w:r>
    </w:p>
    <w:p w14:paraId="4A6A019B" w14:textId="48502A0D" w:rsidR="00A52784" w:rsidRPr="00F77703" w:rsidRDefault="00A52784" w:rsidP="00EA4F6F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</w:t>
      </w:r>
      <w:r w:rsidRPr="00F77703">
        <w:rPr>
          <w:rFonts w:ascii="Arial" w:hAnsi="Arial" w:cs="Arial"/>
          <w:sz w:val="24"/>
          <w:szCs w:val="24"/>
        </w:rPr>
        <w:t xml:space="preserve"> </w:t>
      </w:r>
      <w:r w:rsidR="004F5E3D" w:rsidRPr="00F77703">
        <w:rPr>
          <w:rFonts w:ascii="Arial" w:hAnsi="Arial" w:cs="Arial"/>
          <w:sz w:val="24"/>
          <w:szCs w:val="24"/>
        </w:rPr>
        <w:t xml:space="preserve">Installation of </w:t>
      </w:r>
      <w:r w:rsidR="00463917">
        <w:rPr>
          <w:rFonts w:ascii="Arial" w:hAnsi="Arial" w:cs="Arial"/>
          <w:sz w:val="24"/>
          <w:szCs w:val="24"/>
        </w:rPr>
        <w:t xml:space="preserve">58 ground mounted </w:t>
      </w:r>
      <w:r w:rsidR="004F5E3D" w:rsidRPr="00F77703">
        <w:rPr>
          <w:rFonts w:ascii="Arial" w:hAnsi="Arial" w:cs="Arial"/>
          <w:sz w:val="24"/>
          <w:szCs w:val="24"/>
        </w:rPr>
        <w:t>solar panels</w:t>
      </w:r>
    </w:p>
    <w:p w14:paraId="1050169F" w14:textId="60C00A15" w:rsidR="000F5770" w:rsidRPr="004F691C" w:rsidRDefault="000F5770" w:rsidP="00EA4F6F">
      <w:pPr>
        <w:spacing w:after="0"/>
        <w:ind w:left="-142" w:hanging="42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</w:t>
      </w:r>
    </w:p>
    <w:p w14:paraId="46EBF915" w14:textId="7CF53AFD" w:rsidR="007A6A9E" w:rsidRPr="009622D3" w:rsidRDefault="00EA4F6F" w:rsidP="00107729">
      <w:pPr>
        <w:spacing w:after="0"/>
        <w:ind w:left="-142" w:hanging="425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ab/>
      </w:r>
    </w:p>
    <w:p w14:paraId="33CC661E" w14:textId="4E6D3352" w:rsidR="000F1E12" w:rsidRDefault="007A6A9E" w:rsidP="00B90682">
      <w:pPr>
        <w:spacing w:after="0"/>
        <w:ind w:left="-142" w:hanging="425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ab/>
      </w:r>
      <w:r w:rsidR="000F1E12">
        <w:rPr>
          <w:rFonts w:ascii="Arial" w:hAnsi="Arial" w:cs="Arial"/>
          <w:sz w:val="24"/>
          <w:szCs w:val="24"/>
        </w:rPr>
        <w:tab/>
      </w:r>
      <w:r w:rsidR="00B42CC5">
        <w:rPr>
          <w:rFonts w:ascii="Arial" w:hAnsi="Arial" w:cs="Arial"/>
          <w:b/>
          <w:bCs/>
          <w:sz w:val="24"/>
          <w:szCs w:val="24"/>
          <w:u w:val="single"/>
        </w:rPr>
        <w:t>Planning Decisions.</w:t>
      </w:r>
    </w:p>
    <w:p w14:paraId="7F027D5C" w14:textId="77777777" w:rsidR="00B42CC5" w:rsidRPr="009509C9" w:rsidRDefault="00B42CC5" w:rsidP="00B90682">
      <w:pPr>
        <w:spacing w:after="0"/>
        <w:ind w:left="-142" w:hanging="425"/>
        <w:rPr>
          <w:rFonts w:ascii="Arial" w:hAnsi="Arial" w:cs="Arial"/>
          <w:b/>
          <w:bCs/>
          <w:sz w:val="12"/>
          <w:szCs w:val="12"/>
          <w:u w:val="single"/>
        </w:rPr>
      </w:pPr>
    </w:p>
    <w:p w14:paraId="341CEF0C" w14:textId="797DDBFC" w:rsidR="00BC3F3E" w:rsidRPr="0097195B" w:rsidRDefault="007F0478" w:rsidP="00BC3F3E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405B1">
        <w:rPr>
          <w:rFonts w:ascii="Arial" w:hAnsi="Arial" w:cs="Arial"/>
          <w:b/>
          <w:bCs/>
          <w:sz w:val="24"/>
          <w:szCs w:val="24"/>
        </w:rPr>
        <w:t>00</w:t>
      </w:r>
      <w:r w:rsidR="00C345C4">
        <w:rPr>
          <w:rFonts w:ascii="Arial" w:hAnsi="Arial" w:cs="Arial"/>
          <w:b/>
          <w:bCs/>
          <w:sz w:val="24"/>
          <w:szCs w:val="24"/>
        </w:rPr>
        <w:t>38.26</w:t>
      </w:r>
      <w:r w:rsidR="00BC3F3E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C345C4">
        <w:rPr>
          <w:rFonts w:ascii="Arial" w:hAnsi="Arial" w:cs="Arial"/>
          <w:b/>
          <w:bCs/>
          <w:sz w:val="24"/>
          <w:szCs w:val="24"/>
        </w:rPr>
        <w:t xml:space="preserve">13 west Street, Ashburton, TQ13 </w:t>
      </w:r>
      <w:r w:rsidR="00E52005">
        <w:rPr>
          <w:rFonts w:ascii="Arial" w:hAnsi="Arial" w:cs="Arial"/>
          <w:b/>
          <w:bCs/>
          <w:sz w:val="24"/>
          <w:szCs w:val="24"/>
        </w:rPr>
        <w:t>7DT</w:t>
      </w:r>
      <w:r w:rsidR="00BC3F3E">
        <w:rPr>
          <w:rFonts w:ascii="Arial" w:hAnsi="Arial" w:cs="Arial"/>
          <w:b/>
          <w:bCs/>
          <w:sz w:val="24"/>
          <w:szCs w:val="24"/>
        </w:rPr>
        <w:tab/>
      </w:r>
      <w:r w:rsidR="00BC3F3E">
        <w:rPr>
          <w:rFonts w:ascii="Arial" w:hAnsi="Arial" w:cs="Arial"/>
          <w:b/>
          <w:bCs/>
          <w:sz w:val="24"/>
          <w:szCs w:val="24"/>
        </w:rPr>
        <w:tab/>
      </w:r>
      <w:r w:rsidR="00BC3F3E">
        <w:rPr>
          <w:rFonts w:ascii="Arial" w:hAnsi="Arial" w:cs="Arial"/>
          <w:b/>
          <w:bCs/>
          <w:sz w:val="24"/>
          <w:szCs w:val="24"/>
        </w:rPr>
        <w:tab/>
      </w:r>
      <w:r w:rsidR="00BC3F3E">
        <w:rPr>
          <w:rFonts w:ascii="Arial" w:hAnsi="Arial" w:cs="Arial"/>
          <w:b/>
          <w:bCs/>
          <w:sz w:val="24"/>
          <w:szCs w:val="24"/>
        </w:rPr>
        <w:tab/>
      </w:r>
      <w:r w:rsidR="00E52005">
        <w:rPr>
          <w:rFonts w:ascii="Arial" w:hAnsi="Arial" w:cs="Arial"/>
          <w:sz w:val="24"/>
          <w:szCs w:val="24"/>
        </w:rPr>
        <w:t>Refused</w:t>
      </w:r>
    </w:p>
    <w:p w14:paraId="3092151A" w14:textId="3FD3167D" w:rsidR="00BC3F3E" w:rsidRDefault="00BC3F3E" w:rsidP="00AC290A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42FCF" w:rsidRPr="005051BE">
        <w:rPr>
          <w:rFonts w:ascii="Arial" w:hAnsi="Arial" w:cs="Arial"/>
          <w:sz w:val="24"/>
          <w:szCs w:val="24"/>
        </w:rPr>
        <w:t xml:space="preserve">Demolition of wall (retrospective) </w:t>
      </w:r>
      <w:r w:rsidR="00EB6D4D" w:rsidRPr="005051BE">
        <w:rPr>
          <w:rFonts w:ascii="Arial" w:hAnsi="Arial" w:cs="Arial"/>
          <w:sz w:val="24"/>
          <w:szCs w:val="24"/>
        </w:rPr>
        <w:t>and partial reconstructio</w:t>
      </w:r>
      <w:r w:rsidR="00AC290A" w:rsidRPr="005051BE">
        <w:rPr>
          <w:rFonts w:ascii="Arial" w:hAnsi="Arial" w:cs="Arial"/>
          <w:sz w:val="24"/>
          <w:szCs w:val="24"/>
        </w:rPr>
        <w:t>n</w:t>
      </w:r>
      <w:r w:rsidR="00AC290A">
        <w:rPr>
          <w:rFonts w:ascii="Arial" w:hAnsi="Arial" w:cs="Arial"/>
          <w:b/>
          <w:bCs/>
          <w:sz w:val="24"/>
          <w:szCs w:val="24"/>
        </w:rPr>
        <w:t>.</w:t>
      </w:r>
    </w:p>
    <w:p w14:paraId="26E73B49" w14:textId="77777777" w:rsidR="00907419" w:rsidRPr="009509C9" w:rsidRDefault="00E90927" w:rsidP="00E90927">
      <w:pPr>
        <w:spacing w:after="0"/>
        <w:ind w:left="-142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48C58D74" w14:textId="23311CEE" w:rsidR="00C04740" w:rsidRPr="0097195B" w:rsidRDefault="00907419" w:rsidP="00E90927">
      <w:pPr>
        <w:spacing w:after="0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="00E90927">
        <w:rPr>
          <w:rFonts w:ascii="Arial" w:hAnsi="Arial" w:cs="Arial"/>
          <w:b/>
          <w:bCs/>
          <w:sz w:val="24"/>
          <w:szCs w:val="24"/>
        </w:rPr>
        <w:t>00</w:t>
      </w:r>
      <w:r w:rsidR="00F973AD">
        <w:rPr>
          <w:rFonts w:ascii="Arial" w:hAnsi="Arial" w:cs="Arial"/>
          <w:b/>
          <w:bCs/>
          <w:sz w:val="24"/>
          <w:szCs w:val="24"/>
        </w:rPr>
        <w:t>39</w:t>
      </w:r>
      <w:r w:rsidR="00E90927">
        <w:rPr>
          <w:rFonts w:ascii="Arial" w:hAnsi="Arial" w:cs="Arial"/>
          <w:b/>
          <w:bCs/>
          <w:sz w:val="24"/>
          <w:szCs w:val="24"/>
        </w:rPr>
        <w:t xml:space="preserve">.26 – </w:t>
      </w:r>
      <w:r w:rsidR="009459CB">
        <w:rPr>
          <w:rFonts w:ascii="Arial" w:hAnsi="Arial" w:cs="Arial"/>
          <w:b/>
          <w:bCs/>
          <w:sz w:val="24"/>
          <w:szCs w:val="24"/>
        </w:rPr>
        <w:t>13 West Street, Ashburton, TQ13 7DT</w:t>
      </w:r>
      <w:r w:rsidR="009459CB">
        <w:rPr>
          <w:rFonts w:ascii="Arial" w:hAnsi="Arial" w:cs="Arial"/>
          <w:b/>
          <w:bCs/>
          <w:sz w:val="24"/>
          <w:szCs w:val="24"/>
        </w:rPr>
        <w:tab/>
      </w:r>
      <w:r w:rsidR="00C04740">
        <w:rPr>
          <w:rFonts w:ascii="Arial" w:hAnsi="Arial" w:cs="Arial"/>
          <w:b/>
          <w:bCs/>
          <w:sz w:val="24"/>
          <w:szCs w:val="24"/>
        </w:rPr>
        <w:tab/>
      </w:r>
      <w:r w:rsidR="00C04740">
        <w:rPr>
          <w:rFonts w:ascii="Arial" w:hAnsi="Arial" w:cs="Arial"/>
          <w:b/>
          <w:bCs/>
          <w:sz w:val="24"/>
          <w:szCs w:val="24"/>
        </w:rPr>
        <w:tab/>
      </w:r>
      <w:r w:rsidR="00C04740">
        <w:rPr>
          <w:rFonts w:ascii="Arial" w:hAnsi="Arial" w:cs="Arial"/>
          <w:b/>
          <w:bCs/>
          <w:sz w:val="24"/>
          <w:szCs w:val="24"/>
        </w:rPr>
        <w:tab/>
      </w:r>
      <w:r w:rsidR="00F973AD">
        <w:rPr>
          <w:rFonts w:ascii="Arial" w:hAnsi="Arial" w:cs="Arial"/>
          <w:sz w:val="24"/>
          <w:szCs w:val="24"/>
        </w:rPr>
        <w:t>Refused</w:t>
      </w:r>
    </w:p>
    <w:p w14:paraId="1EB7AECB" w14:textId="08DB6ED7" w:rsidR="00C04740" w:rsidRDefault="00C04740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834F70" w:rsidRPr="009F4252">
        <w:rPr>
          <w:rFonts w:ascii="Arial" w:hAnsi="Arial" w:cs="Arial"/>
          <w:sz w:val="24"/>
          <w:szCs w:val="24"/>
        </w:rPr>
        <w:t>L</w:t>
      </w:r>
      <w:r w:rsidR="000A2885" w:rsidRPr="009F4252">
        <w:rPr>
          <w:rFonts w:ascii="Arial" w:hAnsi="Arial" w:cs="Arial"/>
          <w:sz w:val="24"/>
          <w:szCs w:val="24"/>
        </w:rPr>
        <w:t xml:space="preserve">isted </w:t>
      </w:r>
      <w:r w:rsidR="00DE2293" w:rsidRPr="009F4252">
        <w:rPr>
          <w:rFonts w:ascii="Arial" w:hAnsi="Arial" w:cs="Arial"/>
          <w:sz w:val="24"/>
          <w:szCs w:val="24"/>
        </w:rPr>
        <w:t>buildin</w:t>
      </w:r>
      <w:r w:rsidR="00E62F5E" w:rsidRPr="009F4252">
        <w:rPr>
          <w:rFonts w:ascii="Arial" w:hAnsi="Arial" w:cs="Arial"/>
          <w:sz w:val="24"/>
          <w:szCs w:val="24"/>
        </w:rPr>
        <w:t>g cons</w:t>
      </w:r>
      <w:r w:rsidR="00102D87" w:rsidRPr="009F4252">
        <w:rPr>
          <w:rFonts w:ascii="Arial" w:hAnsi="Arial" w:cs="Arial"/>
          <w:sz w:val="24"/>
          <w:szCs w:val="24"/>
        </w:rPr>
        <w:t>ent -</w:t>
      </w:r>
      <w:r w:rsidR="003861E5" w:rsidRPr="009F4252">
        <w:rPr>
          <w:rFonts w:ascii="Arial" w:hAnsi="Arial" w:cs="Arial"/>
          <w:sz w:val="24"/>
          <w:szCs w:val="24"/>
        </w:rPr>
        <w:t xml:space="preserve"> </w:t>
      </w:r>
      <w:r w:rsidR="009613B9" w:rsidRPr="009F4252">
        <w:rPr>
          <w:rFonts w:ascii="Arial" w:hAnsi="Arial" w:cs="Arial"/>
          <w:sz w:val="24"/>
          <w:szCs w:val="24"/>
        </w:rPr>
        <w:t>a</w:t>
      </w:r>
      <w:r w:rsidR="005051BE">
        <w:rPr>
          <w:rFonts w:ascii="Arial" w:hAnsi="Arial" w:cs="Arial"/>
          <w:sz w:val="24"/>
          <w:szCs w:val="24"/>
        </w:rPr>
        <w:t>s a</w:t>
      </w:r>
      <w:r w:rsidR="008F54BC">
        <w:rPr>
          <w:rFonts w:ascii="Arial" w:hAnsi="Arial" w:cs="Arial"/>
          <w:sz w:val="24"/>
          <w:szCs w:val="24"/>
        </w:rPr>
        <w:t>bove (0038.26).</w:t>
      </w:r>
    </w:p>
    <w:p w14:paraId="4C863EC1" w14:textId="77777777" w:rsidR="00615051" w:rsidRPr="009622D3" w:rsidRDefault="00615051" w:rsidP="002F1B53">
      <w:pPr>
        <w:spacing w:after="0"/>
        <w:ind w:left="-142" w:hanging="425"/>
        <w:rPr>
          <w:rFonts w:ascii="Arial" w:hAnsi="Arial" w:cs="Arial"/>
          <w:sz w:val="12"/>
          <w:szCs w:val="12"/>
        </w:rPr>
      </w:pPr>
    </w:p>
    <w:p w14:paraId="1F27A88F" w14:textId="14289477" w:rsidR="00615051" w:rsidRDefault="00615051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B2A04" w:rsidRPr="008B56F1">
        <w:rPr>
          <w:rFonts w:ascii="Arial" w:hAnsi="Arial" w:cs="Arial"/>
          <w:b/>
          <w:bCs/>
          <w:sz w:val="24"/>
          <w:szCs w:val="24"/>
        </w:rPr>
        <w:t>0065.26 – Site adjacent to Ashburton Park</w:t>
      </w:r>
      <w:r w:rsidR="00A41974" w:rsidRPr="008B56F1">
        <w:rPr>
          <w:rFonts w:ascii="Arial" w:hAnsi="Arial" w:cs="Arial"/>
          <w:b/>
          <w:bCs/>
          <w:sz w:val="24"/>
          <w:szCs w:val="24"/>
        </w:rPr>
        <w:tab/>
      </w:r>
      <w:r w:rsidR="00A41974">
        <w:rPr>
          <w:rFonts w:ascii="Arial" w:hAnsi="Arial" w:cs="Arial"/>
          <w:sz w:val="24"/>
          <w:szCs w:val="24"/>
        </w:rPr>
        <w:tab/>
      </w:r>
      <w:r w:rsidR="00A41974">
        <w:rPr>
          <w:rFonts w:ascii="Arial" w:hAnsi="Arial" w:cs="Arial"/>
          <w:sz w:val="24"/>
          <w:szCs w:val="24"/>
        </w:rPr>
        <w:tab/>
      </w:r>
      <w:r w:rsidR="00A41974">
        <w:rPr>
          <w:rFonts w:ascii="Arial" w:hAnsi="Arial" w:cs="Arial"/>
          <w:sz w:val="24"/>
          <w:szCs w:val="24"/>
        </w:rPr>
        <w:tab/>
      </w:r>
      <w:r w:rsidR="00A41974">
        <w:rPr>
          <w:rFonts w:ascii="Arial" w:hAnsi="Arial" w:cs="Arial"/>
          <w:sz w:val="24"/>
          <w:szCs w:val="24"/>
        </w:rPr>
        <w:tab/>
        <w:t>Refused</w:t>
      </w:r>
    </w:p>
    <w:p w14:paraId="18A8C479" w14:textId="6C09343F" w:rsidR="004C6065" w:rsidRPr="00FA7F09" w:rsidRDefault="004C6065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FA7F09">
        <w:rPr>
          <w:rFonts w:ascii="Arial" w:hAnsi="Arial" w:cs="Arial"/>
          <w:sz w:val="24"/>
          <w:szCs w:val="24"/>
        </w:rPr>
        <w:t xml:space="preserve">  </w:t>
      </w:r>
      <w:r w:rsidR="00B801B9" w:rsidRPr="00FA7F09">
        <w:rPr>
          <w:rFonts w:ascii="Arial" w:hAnsi="Arial" w:cs="Arial"/>
          <w:sz w:val="24"/>
          <w:szCs w:val="24"/>
        </w:rPr>
        <w:t>Retrospective siting of port</w:t>
      </w:r>
      <w:r w:rsidR="00537CA5">
        <w:rPr>
          <w:rFonts w:ascii="Arial" w:hAnsi="Arial" w:cs="Arial"/>
          <w:sz w:val="24"/>
          <w:szCs w:val="24"/>
        </w:rPr>
        <w:t>a</w:t>
      </w:r>
      <w:r w:rsidR="00B801B9" w:rsidRPr="00FA7F09">
        <w:rPr>
          <w:rFonts w:ascii="Arial" w:hAnsi="Arial" w:cs="Arial"/>
          <w:sz w:val="24"/>
          <w:szCs w:val="24"/>
        </w:rPr>
        <w:t>cabin used as site office.</w:t>
      </w:r>
    </w:p>
    <w:p w14:paraId="2EB2D1EE" w14:textId="77777777" w:rsidR="0091525C" w:rsidRPr="009622D3" w:rsidRDefault="0091525C" w:rsidP="002F1B53">
      <w:pPr>
        <w:spacing w:after="0"/>
        <w:ind w:left="-142" w:hanging="425"/>
        <w:rPr>
          <w:rFonts w:ascii="Arial" w:hAnsi="Arial" w:cs="Arial"/>
          <w:sz w:val="12"/>
          <w:szCs w:val="12"/>
        </w:rPr>
      </w:pPr>
    </w:p>
    <w:p w14:paraId="489F7B36" w14:textId="5C0D0E9E" w:rsidR="0091525C" w:rsidRDefault="0091525C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</w:t>
      </w:r>
      <w:r w:rsidRPr="008B56F1">
        <w:rPr>
          <w:rFonts w:ascii="Arial" w:hAnsi="Arial" w:cs="Arial"/>
          <w:b/>
          <w:bCs/>
          <w:sz w:val="24"/>
          <w:szCs w:val="24"/>
        </w:rPr>
        <w:t xml:space="preserve">0083.26 </w:t>
      </w:r>
      <w:r w:rsidR="00131336" w:rsidRPr="008B56F1">
        <w:rPr>
          <w:rFonts w:ascii="Arial" w:hAnsi="Arial" w:cs="Arial"/>
          <w:b/>
          <w:bCs/>
          <w:sz w:val="24"/>
          <w:szCs w:val="24"/>
        </w:rPr>
        <w:t>–</w:t>
      </w:r>
      <w:r w:rsidRPr="008B56F1">
        <w:rPr>
          <w:rFonts w:ascii="Arial" w:hAnsi="Arial" w:cs="Arial"/>
          <w:b/>
          <w:bCs/>
          <w:sz w:val="24"/>
          <w:szCs w:val="24"/>
        </w:rPr>
        <w:t xml:space="preserve"> </w:t>
      </w:r>
      <w:r w:rsidR="00131336" w:rsidRPr="008B56F1">
        <w:rPr>
          <w:rFonts w:ascii="Arial" w:hAnsi="Arial" w:cs="Arial"/>
          <w:b/>
          <w:bCs/>
          <w:sz w:val="24"/>
          <w:szCs w:val="24"/>
        </w:rPr>
        <w:t>Flat at 19 North Street, Ashburton, TQ13 7QH</w:t>
      </w:r>
      <w:r w:rsidR="00131336">
        <w:rPr>
          <w:rFonts w:ascii="Arial" w:hAnsi="Arial" w:cs="Arial"/>
          <w:sz w:val="24"/>
          <w:szCs w:val="24"/>
        </w:rPr>
        <w:tab/>
      </w:r>
      <w:r w:rsidR="00131336">
        <w:rPr>
          <w:rFonts w:ascii="Arial" w:hAnsi="Arial" w:cs="Arial"/>
          <w:sz w:val="24"/>
          <w:szCs w:val="24"/>
        </w:rPr>
        <w:tab/>
      </w:r>
      <w:r w:rsidR="00131336">
        <w:rPr>
          <w:rFonts w:ascii="Arial" w:hAnsi="Arial" w:cs="Arial"/>
          <w:sz w:val="24"/>
          <w:szCs w:val="24"/>
        </w:rPr>
        <w:tab/>
        <w:t>Grant</w:t>
      </w:r>
    </w:p>
    <w:p w14:paraId="3D1C38D1" w14:textId="17B90704" w:rsidR="00761F31" w:rsidRPr="00893E1F" w:rsidRDefault="00761F31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</w:t>
      </w:r>
      <w:r w:rsidRPr="00893E1F">
        <w:rPr>
          <w:rFonts w:ascii="Arial" w:hAnsi="Arial" w:cs="Arial"/>
          <w:sz w:val="24"/>
          <w:szCs w:val="24"/>
        </w:rPr>
        <w:t>Int</w:t>
      </w:r>
      <w:r w:rsidR="007D4EB2" w:rsidRPr="00893E1F">
        <w:rPr>
          <w:rFonts w:ascii="Arial" w:hAnsi="Arial" w:cs="Arial"/>
          <w:sz w:val="24"/>
          <w:szCs w:val="24"/>
        </w:rPr>
        <w:t xml:space="preserve">ernal </w:t>
      </w:r>
      <w:r w:rsidR="00833BEF" w:rsidRPr="00893E1F">
        <w:rPr>
          <w:rFonts w:ascii="Arial" w:hAnsi="Arial" w:cs="Arial"/>
          <w:sz w:val="24"/>
          <w:szCs w:val="24"/>
        </w:rPr>
        <w:t>alteratio</w:t>
      </w:r>
      <w:r w:rsidR="00893E1F" w:rsidRPr="00893E1F">
        <w:rPr>
          <w:rFonts w:ascii="Arial" w:hAnsi="Arial" w:cs="Arial"/>
          <w:sz w:val="24"/>
          <w:szCs w:val="24"/>
        </w:rPr>
        <w:t>ns re</w:t>
      </w:r>
      <w:r w:rsidR="006A5633">
        <w:rPr>
          <w:rFonts w:ascii="Arial" w:hAnsi="Arial" w:cs="Arial"/>
          <w:sz w:val="24"/>
          <w:szCs w:val="24"/>
        </w:rPr>
        <w:t>.</w:t>
      </w:r>
      <w:r w:rsidR="00893E1F" w:rsidRPr="00893E1F">
        <w:rPr>
          <w:rFonts w:ascii="Arial" w:hAnsi="Arial" w:cs="Arial"/>
          <w:sz w:val="24"/>
          <w:szCs w:val="24"/>
        </w:rPr>
        <w:t xml:space="preserve"> stairwell and rear extension.</w:t>
      </w:r>
      <w:r w:rsidR="00893E1F">
        <w:rPr>
          <w:rFonts w:ascii="Arial" w:hAnsi="Arial" w:cs="Arial"/>
          <w:sz w:val="24"/>
          <w:szCs w:val="24"/>
        </w:rPr>
        <w:tab/>
      </w:r>
      <w:r w:rsidR="00893E1F">
        <w:rPr>
          <w:rFonts w:ascii="Arial" w:hAnsi="Arial" w:cs="Arial"/>
          <w:sz w:val="24"/>
          <w:szCs w:val="24"/>
        </w:rPr>
        <w:tab/>
      </w:r>
      <w:r w:rsidR="00893E1F">
        <w:rPr>
          <w:rFonts w:ascii="Arial" w:hAnsi="Arial" w:cs="Arial"/>
          <w:sz w:val="24"/>
          <w:szCs w:val="24"/>
        </w:rPr>
        <w:tab/>
      </w:r>
      <w:r w:rsidR="00893E1F">
        <w:rPr>
          <w:rFonts w:ascii="Arial" w:hAnsi="Arial" w:cs="Arial"/>
          <w:sz w:val="24"/>
          <w:szCs w:val="24"/>
        </w:rPr>
        <w:tab/>
        <w:t>conditionally</w:t>
      </w:r>
    </w:p>
    <w:p w14:paraId="41ACDFCB" w14:textId="67EEBD6C" w:rsidR="00131336" w:rsidRPr="009F032A" w:rsidRDefault="002621F9" w:rsidP="002F1B53">
      <w:pPr>
        <w:spacing w:after="0"/>
        <w:ind w:left="-142" w:hanging="425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sz w:val="24"/>
          <w:szCs w:val="24"/>
        </w:rPr>
        <w:tab/>
        <w:t xml:space="preserve">  </w:t>
      </w:r>
    </w:p>
    <w:p w14:paraId="25EFB1EB" w14:textId="4CFA6205" w:rsidR="002621F9" w:rsidRDefault="002621F9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</w:t>
      </w:r>
      <w:r w:rsidRPr="008B56F1">
        <w:rPr>
          <w:rFonts w:ascii="Arial" w:hAnsi="Arial" w:cs="Arial"/>
          <w:b/>
          <w:bCs/>
          <w:sz w:val="24"/>
          <w:szCs w:val="24"/>
        </w:rPr>
        <w:t xml:space="preserve">0090.26 – 10 Stonepark Crescent, Ashburton, TQ13 </w:t>
      </w:r>
      <w:r w:rsidR="0002658D" w:rsidRPr="008B56F1">
        <w:rPr>
          <w:rFonts w:ascii="Arial" w:hAnsi="Arial" w:cs="Arial"/>
          <w:b/>
          <w:bCs/>
          <w:sz w:val="24"/>
          <w:szCs w:val="24"/>
        </w:rPr>
        <w:t>7RF</w:t>
      </w:r>
      <w:r w:rsidR="0002658D">
        <w:rPr>
          <w:rFonts w:ascii="Arial" w:hAnsi="Arial" w:cs="Arial"/>
          <w:sz w:val="24"/>
          <w:szCs w:val="24"/>
        </w:rPr>
        <w:tab/>
      </w:r>
      <w:r w:rsidR="0002658D">
        <w:rPr>
          <w:rFonts w:ascii="Arial" w:hAnsi="Arial" w:cs="Arial"/>
          <w:sz w:val="24"/>
          <w:szCs w:val="24"/>
        </w:rPr>
        <w:tab/>
      </w:r>
      <w:r w:rsidR="0002658D">
        <w:rPr>
          <w:rFonts w:ascii="Arial" w:hAnsi="Arial" w:cs="Arial"/>
          <w:sz w:val="24"/>
          <w:szCs w:val="24"/>
        </w:rPr>
        <w:tab/>
        <w:t>Grant</w:t>
      </w:r>
    </w:p>
    <w:p w14:paraId="31519978" w14:textId="441770CB" w:rsidR="00457D08" w:rsidRDefault="00457D08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</w:t>
      </w:r>
      <w:r w:rsidR="00771667">
        <w:rPr>
          <w:rFonts w:ascii="Arial" w:hAnsi="Arial" w:cs="Arial"/>
          <w:sz w:val="24"/>
          <w:szCs w:val="24"/>
        </w:rPr>
        <w:t>Garage extension</w:t>
      </w:r>
      <w:r w:rsidR="00E02368">
        <w:rPr>
          <w:rFonts w:ascii="Arial" w:hAnsi="Arial" w:cs="Arial"/>
          <w:sz w:val="24"/>
          <w:szCs w:val="24"/>
        </w:rPr>
        <w:t xml:space="preserve"> and entrance porch</w:t>
      </w:r>
      <w:r w:rsidR="00E02368">
        <w:rPr>
          <w:rFonts w:ascii="Arial" w:hAnsi="Arial" w:cs="Arial"/>
          <w:sz w:val="24"/>
          <w:szCs w:val="24"/>
        </w:rPr>
        <w:tab/>
      </w:r>
      <w:r w:rsidR="00E02368">
        <w:rPr>
          <w:rFonts w:ascii="Arial" w:hAnsi="Arial" w:cs="Arial"/>
          <w:sz w:val="24"/>
          <w:szCs w:val="24"/>
        </w:rPr>
        <w:tab/>
      </w:r>
      <w:r w:rsidR="00C504FC" w:rsidRPr="00C504FC">
        <w:rPr>
          <w:rFonts w:ascii="Arial" w:hAnsi="Arial" w:cs="Arial"/>
          <w:sz w:val="24"/>
          <w:szCs w:val="24"/>
        </w:rPr>
        <w:tab/>
      </w:r>
      <w:r w:rsidR="00C504FC" w:rsidRPr="00C504FC">
        <w:rPr>
          <w:rFonts w:ascii="Arial" w:hAnsi="Arial" w:cs="Arial"/>
          <w:sz w:val="24"/>
          <w:szCs w:val="24"/>
        </w:rPr>
        <w:tab/>
      </w:r>
      <w:r w:rsidR="00C504FC" w:rsidRPr="00C504FC">
        <w:rPr>
          <w:rFonts w:ascii="Arial" w:hAnsi="Arial" w:cs="Arial"/>
          <w:sz w:val="24"/>
          <w:szCs w:val="24"/>
        </w:rPr>
        <w:tab/>
      </w:r>
      <w:r w:rsidR="00C504FC">
        <w:rPr>
          <w:rFonts w:ascii="Arial" w:hAnsi="Arial" w:cs="Arial"/>
          <w:sz w:val="24"/>
          <w:szCs w:val="24"/>
        </w:rPr>
        <w:tab/>
      </w:r>
      <w:r w:rsidR="00C504FC" w:rsidRPr="00C504FC">
        <w:rPr>
          <w:rFonts w:ascii="Arial" w:hAnsi="Arial" w:cs="Arial"/>
          <w:sz w:val="24"/>
          <w:szCs w:val="24"/>
        </w:rPr>
        <w:t>conditionally</w:t>
      </w:r>
    </w:p>
    <w:p w14:paraId="1B8744EF" w14:textId="77777777" w:rsidR="007D044A" w:rsidRPr="00C504FC" w:rsidRDefault="007D044A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</w:p>
    <w:p w14:paraId="5E9D901B" w14:textId="7C07D4CC" w:rsidR="0002658D" w:rsidRPr="009F032A" w:rsidRDefault="00FC3003" w:rsidP="002F1B53">
      <w:pPr>
        <w:spacing w:after="0"/>
        <w:ind w:left="-142" w:hanging="425"/>
        <w:rPr>
          <w:rFonts w:ascii="Arial" w:hAnsi="Arial" w:cs="Arial"/>
          <w:sz w:val="12"/>
          <w:szCs w:val="12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</w:t>
      </w:r>
    </w:p>
    <w:p w14:paraId="1DABE3A1" w14:textId="1DA56540" w:rsidR="00D151C8" w:rsidRDefault="0002658D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</w:t>
      </w:r>
      <w:r w:rsidRPr="008B56F1">
        <w:rPr>
          <w:rFonts w:ascii="Arial" w:hAnsi="Arial" w:cs="Arial"/>
          <w:b/>
          <w:bCs/>
          <w:sz w:val="24"/>
          <w:szCs w:val="24"/>
        </w:rPr>
        <w:t xml:space="preserve">0110.26 </w:t>
      </w:r>
      <w:r w:rsidR="00D151C8" w:rsidRPr="008B56F1">
        <w:rPr>
          <w:rFonts w:ascii="Arial" w:hAnsi="Arial" w:cs="Arial"/>
          <w:b/>
          <w:bCs/>
          <w:sz w:val="24"/>
          <w:szCs w:val="24"/>
        </w:rPr>
        <w:t>– Owlacombe House, Bickington, TQ12 6LG</w:t>
      </w:r>
      <w:r w:rsidR="00D151C8" w:rsidRPr="008B56F1">
        <w:rPr>
          <w:rFonts w:ascii="Arial" w:hAnsi="Arial" w:cs="Arial"/>
          <w:b/>
          <w:bCs/>
          <w:sz w:val="24"/>
          <w:szCs w:val="24"/>
        </w:rPr>
        <w:tab/>
      </w:r>
      <w:r w:rsidR="00D151C8">
        <w:rPr>
          <w:rFonts w:ascii="Arial" w:hAnsi="Arial" w:cs="Arial"/>
          <w:sz w:val="24"/>
          <w:szCs w:val="24"/>
        </w:rPr>
        <w:tab/>
      </w:r>
      <w:r w:rsidR="00D151C8">
        <w:rPr>
          <w:rFonts w:ascii="Arial" w:hAnsi="Arial" w:cs="Arial"/>
          <w:sz w:val="24"/>
          <w:szCs w:val="24"/>
        </w:rPr>
        <w:tab/>
        <w:t>Grant</w:t>
      </w:r>
    </w:p>
    <w:p w14:paraId="7F94CFBD" w14:textId="37BE6F9A" w:rsidR="0002658D" w:rsidRDefault="00D151C8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</w:t>
      </w:r>
      <w:r w:rsidR="003C24DC">
        <w:rPr>
          <w:rFonts w:ascii="Arial" w:hAnsi="Arial" w:cs="Arial"/>
          <w:sz w:val="24"/>
          <w:szCs w:val="24"/>
        </w:rPr>
        <w:t>Rear infill extension, oversailing porc</w:t>
      </w:r>
      <w:r w:rsidR="007250E2">
        <w:rPr>
          <w:rFonts w:ascii="Arial" w:hAnsi="Arial" w:cs="Arial"/>
          <w:sz w:val="24"/>
          <w:szCs w:val="24"/>
        </w:rPr>
        <w:t>h</w:t>
      </w:r>
      <w:r w:rsidR="003C24DC">
        <w:rPr>
          <w:rFonts w:ascii="Arial" w:hAnsi="Arial" w:cs="Arial"/>
          <w:sz w:val="24"/>
          <w:szCs w:val="24"/>
        </w:rPr>
        <w:t xml:space="preserve"> &amp; fenestration</w:t>
      </w:r>
      <w:r w:rsidR="003C24DC">
        <w:rPr>
          <w:rFonts w:ascii="Arial" w:hAnsi="Arial" w:cs="Arial"/>
          <w:sz w:val="24"/>
          <w:szCs w:val="24"/>
        </w:rPr>
        <w:tab/>
      </w:r>
      <w:r w:rsidR="003C24DC">
        <w:rPr>
          <w:rFonts w:ascii="Arial" w:hAnsi="Arial" w:cs="Arial"/>
          <w:sz w:val="24"/>
          <w:szCs w:val="24"/>
        </w:rPr>
        <w:tab/>
      </w:r>
      <w:r w:rsidR="003C24DC">
        <w:rPr>
          <w:rFonts w:ascii="Arial" w:hAnsi="Arial" w:cs="Arial"/>
          <w:sz w:val="24"/>
          <w:szCs w:val="24"/>
        </w:rPr>
        <w:tab/>
      </w:r>
      <w:r w:rsidR="003C24DC">
        <w:rPr>
          <w:rFonts w:ascii="Arial" w:hAnsi="Arial" w:cs="Arial"/>
          <w:sz w:val="24"/>
          <w:szCs w:val="24"/>
        </w:rPr>
        <w:tab/>
      </w:r>
      <w:r w:rsidR="007250E2">
        <w:rPr>
          <w:rFonts w:ascii="Arial" w:hAnsi="Arial" w:cs="Arial"/>
          <w:sz w:val="24"/>
          <w:szCs w:val="24"/>
        </w:rPr>
        <w:t>c</w:t>
      </w:r>
      <w:r w:rsidR="003C24DC">
        <w:rPr>
          <w:rFonts w:ascii="Arial" w:hAnsi="Arial" w:cs="Arial"/>
          <w:sz w:val="24"/>
          <w:szCs w:val="24"/>
        </w:rPr>
        <w:t>onditionally</w:t>
      </w:r>
      <w:r w:rsidR="0002658D">
        <w:rPr>
          <w:rFonts w:ascii="Arial" w:hAnsi="Arial" w:cs="Arial"/>
          <w:sz w:val="24"/>
          <w:szCs w:val="24"/>
        </w:rPr>
        <w:t xml:space="preserve"> </w:t>
      </w:r>
      <w:r w:rsidR="0002658D">
        <w:rPr>
          <w:rFonts w:ascii="Arial" w:hAnsi="Arial" w:cs="Arial"/>
          <w:sz w:val="24"/>
          <w:szCs w:val="24"/>
        </w:rPr>
        <w:tab/>
      </w:r>
    </w:p>
    <w:p w14:paraId="71BAA422" w14:textId="77777777" w:rsidR="00143E2B" w:rsidRDefault="00143E2B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</w:p>
    <w:p w14:paraId="0FF836F6" w14:textId="2740C267" w:rsidR="00143E2B" w:rsidRDefault="00143E2B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</w:t>
      </w:r>
      <w:r>
        <w:rPr>
          <w:rFonts w:ascii="Arial" w:hAnsi="Arial" w:cs="Arial"/>
          <w:b/>
          <w:bCs/>
          <w:sz w:val="24"/>
          <w:szCs w:val="24"/>
        </w:rPr>
        <w:t xml:space="preserve">0137.26 – Hillcote, Western Road, </w:t>
      </w:r>
      <w:r w:rsidR="007D1714">
        <w:rPr>
          <w:rFonts w:ascii="Arial" w:hAnsi="Arial" w:cs="Arial"/>
          <w:b/>
          <w:bCs/>
          <w:sz w:val="24"/>
          <w:szCs w:val="24"/>
        </w:rPr>
        <w:t>TQ13 7ED</w:t>
      </w:r>
      <w:r w:rsidR="007D1714">
        <w:rPr>
          <w:rFonts w:ascii="Arial" w:hAnsi="Arial" w:cs="Arial"/>
          <w:b/>
          <w:bCs/>
          <w:sz w:val="24"/>
          <w:szCs w:val="24"/>
        </w:rPr>
        <w:tab/>
      </w:r>
      <w:r w:rsidR="007D1714">
        <w:rPr>
          <w:rFonts w:ascii="Arial" w:hAnsi="Arial" w:cs="Arial"/>
          <w:b/>
          <w:bCs/>
          <w:sz w:val="24"/>
          <w:szCs w:val="24"/>
        </w:rPr>
        <w:tab/>
      </w:r>
      <w:r w:rsidR="007D1714">
        <w:rPr>
          <w:rFonts w:ascii="Arial" w:hAnsi="Arial" w:cs="Arial"/>
          <w:b/>
          <w:bCs/>
          <w:sz w:val="24"/>
          <w:szCs w:val="24"/>
        </w:rPr>
        <w:tab/>
      </w:r>
      <w:r w:rsidR="007D1714">
        <w:rPr>
          <w:rFonts w:ascii="Arial" w:hAnsi="Arial" w:cs="Arial"/>
          <w:b/>
          <w:bCs/>
          <w:sz w:val="24"/>
          <w:szCs w:val="24"/>
        </w:rPr>
        <w:tab/>
      </w:r>
      <w:r w:rsidR="007D1714">
        <w:rPr>
          <w:rFonts w:ascii="Arial" w:hAnsi="Arial" w:cs="Arial"/>
          <w:b/>
          <w:bCs/>
          <w:sz w:val="24"/>
          <w:szCs w:val="24"/>
        </w:rPr>
        <w:tab/>
      </w:r>
      <w:r w:rsidR="007D1714">
        <w:rPr>
          <w:rFonts w:ascii="Arial" w:hAnsi="Arial" w:cs="Arial"/>
          <w:sz w:val="24"/>
          <w:szCs w:val="24"/>
        </w:rPr>
        <w:t>Grant</w:t>
      </w:r>
    </w:p>
    <w:p w14:paraId="012F673D" w14:textId="665F7DEF" w:rsidR="007D1714" w:rsidRDefault="007D1714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  <w:t xml:space="preserve">  </w:t>
      </w:r>
      <w:r w:rsidRPr="007D1714">
        <w:rPr>
          <w:rFonts w:ascii="Arial" w:hAnsi="Arial" w:cs="Arial"/>
          <w:sz w:val="24"/>
          <w:szCs w:val="24"/>
        </w:rPr>
        <w:t>Office, pool and gym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0879A7">
        <w:rPr>
          <w:rFonts w:ascii="Arial" w:hAnsi="Arial" w:cs="Arial"/>
          <w:sz w:val="24"/>
          <w:szCs w:val="24"/>
        </w:rPr>
        <w:t>conditionally</w:t>
      </w:r>
    </w:p>
    <w:p w14:paraId="40B2B587" w14:textId="77777777" w:rsidR="00EF00A9" w:rsidRDefault="00EF00A9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</w:p>
    <w:p w14:paraId="27E37E4F" w14:textId="259F5903" w:rsidR="00EF00A9" w:rsidRDefault="00EF00A9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</w:t>
      </w:r>
      <w:r w:rsidR="003C1AF1" w:rsidRPr="00136701">
        <w:rPr>
          <w:rFonts w:ascii="Arial" w:hAnsi="Arial" w:cs="Arial"/>
          <w:b/>
          <w:bCs/>
          <w:sz w:val="24"/>
          <w:szCs w:val="24"/>
        </w:rPr>
        <w:t>0168.26 – Land near Welstor Cross, Ashburton</w:t>
      </w:r>
      <w:r w:rsidR="003C1AF1">
        <w:rPr>
          <w:rFonts w:ascii="Arial" w:hAnsi="Arial" w:cs="Arial"/>
          <w:sz w:val="24"/>
          <w:szCs w:val="24"/>
        </w:rPr>
        <w:tab/>
      </w:r>
      <w:r w:rsidR="003C1AF1">
        <w:rPr>
          <w:rFonts w:ascii="Arial" w:hAnsi="Arial" w:cs="Arial"/>
          <w:sz w:val="24"/>
          <w:szCs w:val="24"/>
        </w:rPr>
        <w:tab/>
      </w:r>
      <w:r w:rsidR="003C1AF1">
        <w:rPr>
          <w:rFonts w:ascii="Arial" w:hAnsi="Arial" w:cs="Arial"/>
          <w:sz w:val="24"/>
          <w:szCs w:val="24"/>
        </w:rPr>
        <w:tab/>
      </w:r>
      <w:r w:rsidR="003C1AF1">
        <w:rPr>
          <w:rFonts w:ascii="Arial" w:hAnsi="Arial" w:cs="Arial"/>
          <w:sz w:val="24"/>
          <w:szCs w:val="24"/>
        </w:rPr>
        <w:tab/>
        <w:t>Refused</w:t>
      </w:r>
    </w:p>
    <w:p w14:paraId="2979F2C0" w14:textId="75618892" w:rsidR="002B0C2D" w:rsidRPr="007D1714" w:rsidRDefault="002B0C2D" w:rsidP="002F1B53">
      <w:pPr>
        <w:spacing w:after="0"/>
        <w:ind w:left="-142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Shepherd’s hut, seating and wood burner</w:t>
      </w:r>
    </w:p>
    <w:p w14:paraId="73150315" w14:textId="590BE614" w:rsidR="00A135B4" w:rsidRPr="00621FDF" w:rsidRDefault="00A135B4" w:rsidP="00B90682">
      <w:pPr>
        <w:spacing w:after="0"/>
        <w:ind w:left="-142" w:hanging="425"/>
        <w:rPr>
          <w:rFonts w:ascii="Arial" w:hAnsi="Arial" w:cs="Arial"/>
          <w:b/>
          <w:bCs/>
          <w:sz w:val="12"/>
          <w:szCs w:val="12"/>
        </w:rPr>
      </w:pPr>
    </w:p>
    <w:p w14:paraId="48564065" w14:textId="77777777" w:rsidR="009F032A" w:rsidRDefault="009F032A" w:rsidP="001A356C">
      <w:pPr>
        <w:spacing w:after="0"/>
        <w:ind w:left="-567"/>
        <w:rPr>
          <w:rFonts w:ascii="Arial" w:hAnsi="Arial" w:cs="Arial"/>
          <w:b/>
          <w:bCs/>
          <w:sz w:val="24"/>
          <w:szCs w:val="24"/>
        </w:rPr>
      </w:pPr>
    </w:p>
    <w:p w14:paraId="53DA2885" w14:textId="77777777" w:rsidR="009F032A" w:rsidRDefault="009F032A" w:rsidP="001A356C">
      <w:pPr>
        <w:spacing w:after="0"/>
        <w:ind w:left="-567"/>
        <w:rPr>
          <w:rFonts w:ascii="Arial" w:hAnsi="Arial" w:cs="Arial"/>
          <w:b/>
          <w:bCs/>
          <w:sz w:val="24"/>
          <w:szCs w:val="24"/>
        </w:rPr>
      </w:pPr>
    </w:p>
    <w:p w14:paraId="3460BBAB" w14:textId="2FF13710" w:rsidR="00FB6765" w:rsidRDefault="00D85DDC" w:rsidP="001A356C">
      <w:pPr>
        <w:spacing w:after="0"/>
        <w:ind w:left="-567"/>
        <w:rPr>
          <w:rFonts w:ascii="Arial" w:hAnsi="Arial" w:cs="Arial"/>
          <w:b/>
          <w:bCs/>
          <w:sz w:val="24"/>
          <w:szCs w:val="24"/>
        </w:rPr>
      </w:pPr>
      <w:r w:rsidRPr="00702EDF">
        <w:rPr>
          <w:rFonts w:ascii="Arial" w:hAnsi="Arial" w:cs="Arial"/>
          <w:b/>
          <w:bCs/>
          <w:sz w:val="24"/>
          <w:szCs w:val="24"/>
        </w:rPr>
        <w:t>0</w:t>
      </w:r>
      <w:r w:rsidR="009F1FD0">
        <w:rPr>
          <w:rFonts w:ascii="Arial" w:hAnsi="Arial" w:cs="Arial"/>
          <w:b/>
          <w:bCs/>
          <w:sz w:val="24"/>
          <w:szCs w:val="24"/>
        </w:rPr>
        <w:t>20</w:t>
      </w:r>
      <w:r w:rsidR="000F3282" w:rsidRPr="00702EDF">
        <w:rPr>
          <w:rFonts w:ascii="Arial" w:hAnsi="Arial" w:cs="Arial"/>
          <w:b/>
          <w:bCs/>
          <w:sz w:val="24"/>
          <w:szCs w:val="24"/>
        </w:rPr>
        <w:t>.</w:t>
      </w:r>
      <w:r w:rsidR="00103922" w:rsidRPr="00702EDF">
        <w:rPr>
          <w:rFonts w:ascii="Arial" w:hAnsi="Arial" w:cs="Arial"/>
          <w:b/>
          <w:bCs/>
          <w:sz w:val="24"/>
          <w:szCs w:val="24"/>
        </w:rPr>
        <w:t>26</w:t>
      </w:r>
      <w:r w:rsidR="00046044">
        <w:rPr>
          <w:rFonts w:ascii="Arial" w:hAnsi="Arial" w:cs="Arial"/>
          <w:b/>
          <w:bCs/>
          <w:sz w:val="24"/>
          <w:szCs w:val="24"/>
        </w:rPr>
        <w:t>P</w:t>
      </w:r>
      <w:r w:rsidR="000F3282" w:rsidRPr="00702EDF">
        <w:rPr>
          <w:rFonts w:ascii="Arial" w:hAnsi="Arial" w:cs="Arial"/>
          <w:b/>
          <w:bCs/>
          <w:sz w:val="24"/>
          <w:szCs w:val="24"/>
        </w:rPr>
        <w:t xml:space="preserve"> </w:t>
      </w:r>
      <w:r w:rsidR="00103922" w:rsidRPr="00702EDF">
        <w:rPr>
          <w:rFonts w:ascii="Arial" w:hAnsi="Arial" w:cs="Arial"/>
          <w:b/>
          <w:bCs/>
          <w:sz w:val="24"/>
          <w:szCs w:val="24"/>
        </w:rPr>
        <w:tab/>
      </w:r>
      <w:r w:rsidR="00046044">
        <w:rPr>
          <w:rFonts w:ascii="Arial" w:hAnsi="Arial" w:cs="Arial"/>
          <w:b/>
          <w:bCs/>
          <w:sz w:val="24"/>
          <w:szCs w:val="24"/>
        </w:rPr>
        <w:t>Matters raised by Councillors for information only or possible inclusion on a future agenda.</w:t>
      </w:r>
      <w:r w:rsidR="009C4866" w:rsidRPr="00702ED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F1A45A3" w14:textId="77777777" w:rsidR="000B6E5A" w:rsidRPr="009509C9" w:rsidRDefault="000B6E5A" w:rsidP="001A356C">
      <w:pPr>
        <w:spacing w:after="0"/>
        <w:ind w:left="-567"/>
        <w:rPr>
          <w:rFonts w:ascii="Arial" w:hAnsi="Arial" w:cs="Arial"/>
          <w:sz w:val="12"/>
          <w:szCs w:val="12"/>
        </w:rPr>
      </w:pPr>
    </w:p>
    <w:p w14:paraId="23037C57" w14:textId="5ECD253C" w:rsidR="002054F3" w:rsidRPr="00C177C1" w:rsidRDefault="002054F3" w:rsidP="001A356C">
      <w:pPr>
        <w:spacing w:after="0"/>
        <w:ind w:left="-567"/>
        <w:rPr>
          <w:rFonts w:ascii="Arial" w:hAnsi="Arial" w:cs="Arial"/>
          <w:sz w:val="24"/>
          <w:szCs w:val="24"/>
        </w:rPr>
      </w:pPr>
      <w:r w:rsidRPr="00C177C1">
        <w:rPr>
          <w:rFonts w:ascii="Arial" w:hAnsi="Arial" w:cs="Arial"/>
          <w:sz w:val="24"/>
          <w:szCs w:val="24"/>
        </w:rPr>
        <w:t>Caroline Dodds</w:t>
      </w:r>
    </w:p>
    <w:p w14:paraId="0F1862D1" w14:textId="18191300" w:rsidR="00F730D2" w:rsidRDefault="002054F3" w:rsidP="001A356C">
      <w:pPr>
        <w:spacing w:after="0"/>
        <w:ind w:left="-567"/>
        <w:rPr>
          <w:rFonts w:ascii="Arial" w:hAnsi="Arial" w:cs="Arial"/>
          <w:sz w:val="24"/>
          <w:szCs w:val="24"/>
        </w:rPr>
      </w:pPr>
      <w:r w:rsidRPr="00C177C1">
        <w:rPr>
          <w:rFonts w:ascii="Arial" w:hAnsi="Arial" w:cs="Arial"/>
          <w:sz w:val="24"/>
          <w:szCs w:val="24"/>
        </w:rPr>
        <w:t>Town Clerk / RFO</w:t>
      </w:r>
    </w:p>
    <w:p w14:paraId="4ABF096B" w14:textId="51400703" w:rsidR="002054F3" w:rsidRDefault="00F730D2" w:rsidP="001A356C">
      <w:pPr>
        <w:spacing w:after="0"/>
        <w:ind w:left="-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Published </w:t>
      </w:r>
      <w:r w:rsidR="00CF7340">
        <w:rPr>
          <w:rFonts w:ascii="Arial" w:hAnsi="Arial" w:cs="Arial"/>
          <w:sz w:val="24"/>
          <w:szCs w:val="24"/>
        </w:rPr>
        <w:t>16</w:t>
      </w:r>
      <w:r w:rsidR="00862AFE">
        <w:rPr>
          <w:rFonts w:ascii="Arial" w:hAnsi="Arial" w:cs="Arial"/>
          <w:sz w:val="24"/>
          <w:szCs w:val="24"/>
        </w:rPr>
        <w:t>/</w:t>
      </w:r>
      <w:r w:rsidR="00A942D0">
        <w:rPr>
          <w:rFonts w:ascii="Arial" w:hAnsi="Arial" w:cs="Arial"/>
          <w:sz w:val="24"/>
          <w:szCs w:val="24"/>
        </w:rPr>
        <w:t>0</w:t>
      </w:r>
      <w:r w:rsidR="00777E10">
        <w:rPr>
          <w:rFonts w:ascii="Arial" w:hAnsi="Arial" w:cs="Arial"/>
          <w:sz w:val="24"/>
          <w:szCs w:val="24"/>
        </w:rPr>
        <w:t>7</w:t>
      </w:r>
      <w:r w:rsidR="001E5DD6" w:rsidRPr="00C177C1">
        <w:rPr>
          <w:rFonts w:ascii="Arial" w:hAnsi="Arial" w:cs="Arial"/>
          <w:sz w:val="24"/>
          <w:szCs w:val="24"/>
        </w:rPr>
        <w:t>/26</w:t>
      </w:r>
    </w:p>
    <w:p w14:paraId="436196EF" w14:textId="77777777" w:rsidR="001E5DD6" w:rsidRPr="00C177C1" w:rsidRDefault="001E5DD6" w:rsidP="001A356C">
      <w:pPr>
        <w:spacing w:after="0"/>
        <w:ind w:left="-567"/>
        <w:rPr>
          <w:rFonts w:ascii="Arial" w:hAnsi="Arial" w:cs="Arial"/>
          <w:sz w:val="24"/>
          <w:szCs w:val="24"/>
        </w:rPr>
      </w:pPr>
    </w:p>
    <w:p w14:paraId="49025AF5" w14:textId="3461140D" w:rsidR="001E5DD6" w:rsidRPr="00C72F9D" w:rsidRDefault="00E4392E" w:rsidP="00EA7B27">
      <w:pPr>
        <w:pStyle w:val="BodyText"/>
        <w:rPr>
          <w:rFonts w:ascii="Arial" w:hAnsi="Arial" w:cs="Arial"/>
          <w:b/>
          <w:bCs/>
          <w:sz w:val="24"/>
          <w:szCs w:val="24"/>
        </w:rPr>
      </w:pPr>
      <w:r w:rsidRPr="00C72F9D">
        <w:rPr>
          <w:rFonts w:ascii="Arial" w:hAnsi="Arial" w:cs="Arial"/>
          <w:b/>
          <w:bCs/>
          <w:sz w:val="24"/>
          <w:szCs w:val="24"/>
        </w:rPr>
        <w:t>THE</w:t>
      </w:r>
      <w:r w:rsidRPr="00C72F9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C72F9D">
        <w:rPr>
          <w:rFonts w:ascii="Arial" w:hAnsi="Arial" w:cs="Arial"/>
          <w:b/>
          <w:bCs/>
          <w:spacing w:val="-2"/>
          <w:sz w:val="24"/>
          <w:szCs w:val="24"/>
        </w:rPr>
        <w:t>PUBLIC</w:t>
      </w:r>
      <w:r w:rsidRPr="00C72F9D">
        <w:rPr>
          <w:rFonts w:ascii="Arial" w:hAnsi="Arial" w:cs="Arial"/>
          <w:b/>
          <w:bCs/>
          <w:sz w:val="24"/>
          <w:szCs w:val="24"/>
        </w:rPr>
        <w:t xml:space="preserve"> </w:t>
      </w:r>
      <w:r w:rsidRPr="00C72F9D">
        <w:rPr>
          <w:rFonts w:ascii="Arial" w:hAnsi="Arial" w:cs="Arial"/>
          <w:b/>
          <w:bCs/>
          <w:spacing w:val="-2"/>
          <w:sz w:val="24"/>
          <w:szCs w:val="24"/>
        </w:rPr>
        <w:t>AND</w:t>
      </w:r>
      <w:r w:rsidRPr="00C72F9D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C72F9D">
        <w:rPr>
          <w:rFonts w:ascii="Arial" w:hAnsi="Arial" w:cs="Arial"/>
          <w:b/>
          <w:bCs/>
          <w:spacing w:val="-1"/>
          <w:sz w:val="24"/>
          <w:szCs w:val="24"/>
        </w:rPr>
        <w:t>PRESS</w:t>
      </w:r>
      <w:r w:rsidRPr="00C72F9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C72F9D">
        <w:rPr>
          <w:rFonts w:ascii="Arial" w:hAnsi="Arial" w:cs="Arial"/>
          <w:b/>
          <w:bCs/>
          <w:spacing w:val="-2"/>
          <w:sz w:val="24"/>
          <w:szCs w:val="24"/>
        </w:rPr>
        <w:t>ARE</w:t>
      </w:r>
      <w:r w:rsidRPr="00C72F9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C72F9D">
        <w:rPr>
          <w:rFonts w:ascii="Arial" w:hAnsi="Arial" w:cs="Arial"/>
          <w:b/>
          <w:bCs/>
          <w:spacing w:val="-2"/>
          <w:sz w:val="24"/>
          <w:szCs w:val="24"/>
        </w:rPr>
        <w:t>CORDIALLY</w:t>
      </w:r>
      <w:r w:rsidRPr="00C72F9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C72F9D">
        <w:rPr>
          <w:rFonts w:ascii="Arial" w:hAnsi="Arial" w:cs="Arial"/>
          <w:b/>
          <w:bCs/>
          <w:spacing w:val="-2"/>
          <w:sz w:val="24"/>
          <w:szCs w:val="24"/>
        </w:rPr>
        <w:t>INVITED</w:t>
      </w:r>
      <w:r w:rsidRPr="00C72F9D">
        <w:rPr>
          <w:rFonts w:ascii="Arial" w:hAnsi="Arial" w:cs="Arial"/>
          <w:b/>
          <w:bCs/>
          <w:spacing w:val="-5"/>
          <w:sz w:val="24"/>
          <w:szCs w:val="24"/>
        </w:rPr>
        <w:t xml:space="preserve"> </w:t>
      </w:r>
      <w:r w:rsidRPr="00C72F9D">
        <w:rPr>
          <w:rFonts w:ascii="Arial" w:hAnsi="Arial" w:cs="Arial"/>
          <w:b/>
          <w:bCs/>
          <w:spacing w:val="1"/>
          <w:sz w:val="24"/>
          <w:szCs w:val="24"/>
        </w:rPr>
        <w:t>TO</w:t>
      </w:r>
      <w:r w:rsidRPr="00C72F9D">
        <w:rPr>
          <w:rFonts w:ascii="Arial" w:hAnsi="Arial" w:cs="Arial"/>
          <w:b/>
          <w:bCs/>
          <w:spacing w:val="-2"/>
          <w:sz w:val="24"/>
          <w:szCs w:val="24"/>
        </w:rPr>
        <w:t xml:space="preserve"> BE</w:t>
      </w:r>
      <w:r w:rsidRPr="00C72F9D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C72F9D">
        <w:rPr>
          <w:rFonts w:ascii="Arial" w:hAnsi="Arial" w:cs="Arial"/>
          <w:b/>
          <w:bCs/>
          <w:spacing w:val="-1"/>
          <w:sz w:val="24"/>
          <w:szCs w:val="24"/>
        </w:rPr>
        <w:t>PRESENT</w:t>
      </w:r>
    </w:p>
    <w:sectPr w:rsidR="001E5DD6" w:rsidRPr="00C72F9D" w:rsidSect="002071CE">
      <w:headerReference w:type="default" r:id="rId10"/>
      <w:pgSz w:w="11906" w:h="16838" w:code="9"/>
      <w:pgMar w:top="1440" w:right="758" w:bottom="709" w:left="1418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89CA4F" w14:textId="77777777" w:rsidR="00FB45D0" w:rsidRDefault="00FB45D0">
      <w:pPr>
        <w:spacing w:after="0" w:line="240" w:lineRule="auto"/>
      </w:pPr>
      <w:r>
        <w:separator/>
      </w:r>
    </w:p>
  </w:endnote>
  <w:endnote w:type="continuationSeparator" w:id="0">
    <w:p w14:paraId="2A3D6D4C" w14:textId="77777777" w:rsidR="00FB45D0" w:rsidRDefault="00FB4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Old English Text MT">
    <w:altName w:val="Calibri"/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Monotype Corsiva">
    <w:altName w:val="Calibri"/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29290B" w14:textId="77777777" w:rsidR="00FB45D0" w:rsidRDefault="00FB45D0">
      <w:pPr>
        <w:spacing w:after="0" w:line="240" w:lineRule="auto"/>
      </w:pPr>
      <w:r>
        <w:separator/>
      </w:r>
    </w:p>
  </w:footnote>
  <w:footnote w:type="continuationSeparator" w:id="0">
    <w:p w14:paraId="5D591895" w14:textId="77777777" w:rsidR="00FB45D0" w:rsidRDefault="00FB4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21913" w14:textId="77777777" w:rsidR="008F402E" w:rsidRDefault="008F402E">
    <w:pPr>
      <w:pStyle w:val="Header"/>
    </w:pPr>
  </w:p>
  <w:tbl>
    <w:tblPr>
      <w:tblW w:w="0" w:type="auto"/>
      <w:tblLook w:val="04A0" w:firstRow="1" w:lastRow="0" w:firstColumn="1" w:lastColumn="0" w:noHBand="0" w:noVBand="1"/>
    </w:tblPr>
    <w:tblGrid>
      <w:gridCol w:w="4822"/>
      <w:gridCol w:w="4822"/>
    </w:tblGrid>
    <w:tr w:rsidR="008F402E" w14:paraId="72A493B9" w14:textId="77777777" w:rsidTr="0060114D">
      <w:trPr>
        <w:trHeight w:val="2128"/>
      </w:trPr>
      <w:tc>
        <w:tcPr>
          <w:tcW w:w="4822" w:type="dxa"/>
          <w:tcBorders>
            <w:bottom w:val="single" w:sz="4" w:space="0" w:color="auto"/>
          </w:tcBorders>
        </w:tcPr>
        <w:p w14:paraId="7B289A42" w14:textId="77777777" w:rsidR="008F402E" w:rsidRDefault="008F402E" w:rsidP="00BC022C">
          <w:pPr>
            <w:tabs>
              <w:tab w:val="right" w:pos="4464"/>
            </w:tabs>
          </w:pPr>
          <w:r>
            <w:rPr>
              <w:noProof/>
            </w:rPr>
            <w:drawing>
              <wp:inline distT="0" distB="0" distL="0" distR="0" wp14:anchorId="333C236A" wp14:editId="25277094">
                <wp:extent cx="1343025" cy="1367394"/>
                <wp:effectExtent l="0" t="0" r="0" b="4445"/>
                <wp:docPr id="525287888" name="Picture 525287888">
                  <a:extLst xmlns:a="http://schemas.openxmlformats.org/drawingml/2006/main">
                    <a:ext uri="{FF2B5EF4-FFF2-40B4-BE49-F238E27FC236}">
                      <a16:creationId xmlns:a16="http://schemas.microsoft.com/office/drawing/2014/main" id="{6B8340F2-381A-466F-9F7D-488B224A88C8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752d07b-de2d-431b-bca4-0759528fd9e7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9501" cy="1414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822" w:type="dxa"/>
          <w:tcBorders>
            <w:bottom w:val="single" w:sz="4" w:space="0" w:color="auto"/>
          </w:tcBorders>
        </w:tcPr>
        <w:p w14:paraId="5FB2C432" w14:textId="77777777" w:rsidR="008F402E" w:rsidRPr="00ED7AF8" w:rsidRDefault="008F402E" w:rsidP="00875BE1">
          <w:pPr>
            <w:spacing w:after="0"/>
            <w:jc w:val="right"/>
            <w:rPr>
              <w:rFonts w:ascii="Monotype Corsiva" w:hAnsi="Monotype Corsiva"/>
              <w:sz w:val="20"/>
              <w:szCs w:val="20"/>
            </w:rPr>
          </w:pPr>
          <w:r w:rsidRPr="00ED7AF8">
            <w:rPr>
              <w:rFonts w:ascii="Old English Text MT" w:hAnsi="Old English Text MT"/>
              <w:b/>
              <w:sz w:val="36"/>
              <w:szCs w:val="36"/>
            </w:rPr>
            <w:t>Ashburton Town Council</w:t>
          </w:r>
          <w:r w:rsidRPr="00ED7AF8">
            <w:rPr>
              <w:b/>
              <w:sz w:val="20"/>
              <w:szCs w:val="20"/>
            </w:rPr>
            <w:br/>
          </w:r>
          <w:r w:rsidRPr="00ED7AF8">
            <w:rPr>
              <w:rFonts w:ascii="Monotype Corsiva" w:hAnsi="Monotype Corsiva"/>
              <w:sz w:val="20"/>
              <w:szCs w:val="20"/>
            </w:rPr>
            <w:t>Town Clerk: Ms. Caroline Dodds</w:t>
          </w:r>
        </w:p>
        <w:p w14:paraId="681D937E" w14:textId="77777777" w:rsidR="008F402E" w:rsidRPr="00ED7AF8" w:rsidRDefault="008F402E" w:rsidP="00875BE1">
          <w:pPr>
            <w:spacing w:after="0"/>
            <w:jc w:val="right"/>
            <w:rPr>
              <w:rFonts w:ascii="Monotype Corsiva" w:hAnsi="Monotype Corsiva"/>
              <w:sz w:val="20"/>
              <w:szCs w:val="20"/>
            </w:rPr>
          </w:pPr>
          <w:r w:rsidRPr="00ED7AF8">
            <w:rPr>
              <w:rFonts w:ascii="Monotype Corsiva" w:hAnsi="Monotype Corsiva"/>
              <w:sz w:val="20"/>
              <w:szCs w:val="20"/>
            </w:rPr>
            <w:t>Town Hall, North Street</w:t>
          </w:r>
          <w:r w:rsidRPr="00ED7AF8">
            <w:rPr>
              <w:rFonts w:ascii="Monotype Corsiva" w:hAnsi="Monotype Corsiva"/>
              <w:sz w:val="20"/>
              <w:szCs w:val="20"/>
            </w:rPr>
            <w:br/>
            <w:t>Ashburton, Devon TQ13 7QQ</w:t>
          </w:r>
          <w:r w:rsidRPr="00ED7AF8">
            <w:rPr>
              <w:rFonts w:ascii="Monotype Corsiva" w:hAnsi="Monotype Corsiva"/>
              <w:sz w:val="20"/>
              <w:szCs w:val="20"/>
            </w:rPr>
            <w:br/>
            <w:t xml:space="preserve">Tel: 01364 652142 </w:t>
          </w:r>
        </w:p>
        <w:p w14:paraId="51B0471A" w14:textId="77777777" w:rsidR="008F402E" w:rsidRPr="00ED7AF8" w:rsidRDefault="008F402E" w:rsidP="00875BE1">
          <w:pPr>
            <w:spacing w:after="0"/>
            <w:jc w:val="right"/>
            <w:rPr>
              <w:sz w:val="20"/>
              <w:szCs w:val="20"/>
            </w:rPr>
          </w:pPr>
          <w:r w:rsidRPr="00ED7AF8">
            <w:rPr>
              <w:rFonts w:ascii="Monotype Corsiva" w:hAnsi="Monotype Corsiva"/>
              <w:sz w:val="20"/>
              <w:szCs w:val="20"/>
            </w:rPr>
            <w:t>Email: townclerk@ashburtontowncouncil.gov.uk</w:t>
          </w:r>
          <w:r w:rsidRPr="00ED7AF8">
            <w:rPr>
              <w:rFonts w:ascii="Monotype Corsiva" w:hAnsi="Monotype Corsiva"/>
              <w:sz w:val="20"/>
              <w:szCs w:val="20"/>
            </w:rPr>
            <w:br/>
            <w:t>Website: www.ashburtontowncouncil.gov.uk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EA4D6F"/>
    <w:multiLevelType w:val="hybridMultilevel"/>
    <w:tmpl w:val="CC7C699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762667A"/>
    <w:multiLevelType w:val="hybridMultilevel"/>
    <w:tmpl w:val="4E880C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82709C"/>
    <w:multiLevelType w:val="hybridMultilevel"/>
    <w:tmpl w:val="CC94CF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98912343">
    <w:abstractNumId w:val="2"/>
  </w:num>
  <w:num w:numId="2" w16cid:durableId="1536385245">
    <w:abstractNumId w:val="10"/>
  </w:num>
  <w:num w:numId="3" w16cid:durableId="16545532">
    <w:abstractNumId w:val="4"/>
  </w:num>
  <w:num w:numId="4" w16cid:durableId="1785420208">
    <w:abstractNumId w:val="1"/>
  </w:num>
  <w:num w:numId="5" w16cid:durableId="1913392545">
    <w:abstractNumId w:val="6"/>
  </w:num>
  <w:num w:numId="6" w16cid:durableId="217784573">
    <w:abstractNumId w:val="5"/>
  </w:num>
  <w:num w:numId="7" w16cid:durableId="481234460">
    <w:abstractNumId w:val="9"/>
  </w:num>
  <w:num w:numId="8" w16cid:durableId="494881365">
    <w:abstractNumId w:val="11"/>
  </w:num>
  <w:num w:numId="9" w16cid:durableId="572131922">
    <w:abstractNumId w:val="3"/>
  </w:num>
  <w:num w:numId="10" w16cid:durableId="574978959">
    <w:abstractNumId w:val="7"/>
  </w:num>
  <w:num w:numId="11" w16cid:durableId="63528738">
    <w:abstractNumId w:val="8"/>
  </w:num>
  <w:num w:numId="12" w16cid:durableId="732314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52E1"/>
    <w:rsid w:val="000115D5"/>
    <w:rsid w:val="00011834"/>
    <w:rsid w:val="00013F15"/>
    <w:rsid w:val="000157BD"/>
    <w:rsid w:val="00016BA8"/>
    <w:rsid w:val="000261EE"/>
    <w:rsid w:val="0002658D"/>
    <w:rsid w:val="00034616"/>
    <w:rsid w:val="00034BB1"/>
    <w:rsid w:val="00036829"/>
    <w:rsid w:val="00040664"/>
    <w:rsid w:val="000407B6"/>
    <w:rsid w:val="00045E04"/>
    <w:rsid w:val="00046044"/>
    <w:rsid w:val="0006063C"/>
    <w:rsid w:val="00061351"/>
    <w:rsid w:val="000628AF"/>
    <w:rsid w:val="00062B87"/>
    <w:rsid w:val="00071746"/>
    <w:rsid w:val="00074D31"/>
    <w:rsid w:val="00085150"/>
    <w:rsid w:val="000879A7"/>
    <w:rsid w:val="0009433D"/>
    <w:rsid w:val="000A0E46"/>
    <w:rsid w:val="000A1853"/>
    <w:rsid w:val="000A20B1"/>
    <w:rsid w:val="000A2885"/>
    <w:rsid w:val="000B590B"/>
    <w:rsid w:val="000B6E5A"/>
    <w:rsid w:val="000C4F12"/>
    <w:rsid w:val="000D037C"/>
    <w:rsid w:val="000D5FE3"/>
    <w:rsid w:val="000F17C4"/>
    <w:rsid w:val="000F1E12"/>
    <w:rsid w:val="000F3282"/>
    <w:rsid w:val="000F5770"/>
    <w:rsid w:val="00102D87"/>
    <w:rsid w:val="00103922"/>
    <w:rsid w:val="00104B3D"/>
    <w:rsid w:val="00107729"/>
    <w:rsid w:val="00111210"/>
    <w:rsid w:val="00111606"/>
    <w:rsid w:val="00116D78"/>
    <w:rsid w:val="00125F1F"/>
    <w:rsid w:val="00126BA8"/>
    <w:rsid w:val="00127CB9"/>
    <w:rsid w:val="00131336"/>
    <w:rsid w:val="00136701"/>
    <w:rsid w:val="00143C8D"/>
    <w:rsid w:val="00143E2B"/>
    <w:rsid w:val="00143FCC"/>
    <w:rsid w:val="0015074B"/>
    <w:rsid w:val="00154783"/>
    <w:rsid w:val="00157C11"/>
    <w:rsid w:val="00157F44"/>
    <w:rsid w:val="00162187"/>
    <w:rsid w:val="00170071"/>
    <w:rsid w:val="00174D43"/>
    <w:rsid w:val="00182FA0"/>
    <w:rsid w:val="00183A95"/>
    <w:rsid w:val="001864FC"/>
    <w:rsid w:val="0019007B"/>
    <w:rsid w:val="00196716"/>
    <w:rsid w:val="001A0B51"/>
    <w:rsid w:val="001A356C"/>
    <w:rsid w:val="001A5B55"/>
    <w:rsid w:val="001D0292"/>
    <w:rsid w:val="001D2F21"/>
    <w:rsid w:val="001D59DE"/>
    <w:rsid w:val="001E4F1F"/>
    <w:rsid w:val="001E5DD6"/>
    <w:rsid w:val="001E702C"/>
    <w:rsid w:val="001F4821"/>
    <w:rsid w:val="001F6AA5"/>
    <w:rsid w:val="002054F3"/>
    <w:rsid w:val="002062A0"/>
    <w:rsid w:val="002068C1"/>
    <w:rsid w:val="002071CE"/>
    <w:rsid w:val="0021005F"/>
    <w:rsid w:val="00211011"/>
    <w:rsid w:val="00225E85"/>
    <w:rsid w:val="00235F56"/>
    <w:rsid w:val="002402C0"/>
    <w:rsid w:val="00253219"/>
    <w:rsid w:val="00256969"/>
    <w:rsid w:val="002621F9"/>
    <w:rsid w:val="00264E57"/>
    <w:rsid w:val="00271E7D"/>
    <w:rsid w:val="00274E11"/>
    <w:rsid w:val="00274E2F"/>
    <w:rsid w:val="0027527A"/>
    <w:rsid w:val="00281420"/>
    <w:rsid w:val="00286DC7"/>
    <w:rsid w:val="00294439"/>
    <w:rsid w:val="0029639D"/>
    <w:rsid w:val="002A032D"/>
    <w:rsid w:val="002A2A16"/>
    <w:rsid w:val="002A46E7"/>
    <w:rsid w:val="002B0C2D"/>
    <w:rsid w:val="002B47A4"/>
    <w:rsid w:val="002C2250"/>
    <w:rsid w:val="002D225E"/>
    <w:rsid w:val="002D3D60"/>
    <w:rsid w:val="002E4797"/>
    <w:rsid w:val="002E5FA2"/>
    <w:rsid w:val="002F05A2"/>
    <w:rsid w:val="002F1B53"/>
    <w:rsid w:val="002F53D4"/>
    <w:rsid w:val="00321D88"/>
    <w:rsid w:val="003254C3"/>
    <w:rsid w:val="00326F90"/>
    <w:rsid w:val="00332754"/>
    <w:rsid w:val="00343B97"/>
    <w:rsid w:val="00343D47"/>
    <w:rsid w:val="0034574A"/>
    <w:rsid w:val="00350566"/>
    <w:rsid w:val="00351255"/>
    <w:rsid w:val="0035491B"/>
    <w:rsid w:val="003559B3"/>
    <w:rsid w:val="0035769B"/>
    <w:rsid w:val="00362E63"/>
    <w:rsid w:val="003726C5"/>
    <w:rsid w:val="00372ACA"/>
    <w:rsid w:val="00381B38"/>
    <w:rsid w:val="00382598"/>
    <w:rsid w:val="003861E5"/>
    <w:rsid w:val="00390D25"/>
    <w:rsid w:val="003A35CF"/>
    <w:rsid w:val="003C1300"/>
    <w:rsid w:val="003C1AF1"/>
    <w:rsid w:val="003C24DC"/>
    <w:rsid w:val="003E2E47"/>
    <w:rsid w:val="003E559A"/>
    <w:rsid w:val="003F18CD"/>
    <w:rsid w:val="003F3534"/>
    <w:rsid w:val="003F4C92"/>
    <w:rsid w:val="003F611F"/>
    <w:rsid w:val="003F6212"/>
    <w:rsid w:val="00402076"/>
    <w:rsid w:val="004077C0"/>
    <w:rsid w:val="0041173C"/>
    <w:rsid w:val="0041206D"/>
    <w:rsid w:val="004123A8"/>
    <w:rsid w:val="004137F8"/>
    <w:rsid w:val="004141B0"/>
    <w:rsid w:val="00416E5A"/>
    <w:rsid w:val="0041765E"/>
    <w:rsid w:val="00425B29"/>
    <w:rsid w:val="00434C10"/>
    <w:rsid w:val="00435954"/>
    <w:rsid w:val="0045298B"/>
    <w:rsid w:val="00453458"/>
    <w:rsid w:val="004546E2"/>
    <w:rsid w:val="00454893"/>
    <w:rsid w:val="00455F10"/>
    <w:rsid w:val="00457D08"/>
    <w:rsid w:val="00463917"/>
    <w:rsid w:val="00464823"/>
    <w:rsid w:val="004664A3"/>
    <w:rsid w:val="004735FE"/>
    <w:rsid w:val="00480280"/>
    <w:rsid w:val="00483FD2"/>
    <w:rsid w:val="0049171F"/>
    <w:rsid w:val="00493D89"/>
    <w:rsid w:val="004B1758"/>
    <w:rsid w:val="004B5092"/>
    <w:rsid w:val="004B6CD2"/>
    <w:rsid w:val="004B752C"/>
    <w:rsid w:val="004C6065"/>
    <w:rsid w:val="004C7848"/>
    <w:rsid w:val="004D2B84"/>
    <w:rsid w:val="004D324B"/>
    <w:rsid w:val="004D513F"/>
    <w:rsid w:val="004E1FD6"/>
    <w:rsid w:val="004E5C61"/>
    <w:rsid w:val="004E791A"/>
    <w:rsid w:val="004F5E3D"/>
    <w:rsid w:val="004F691C"/>
    <w:rsid w:val="004F7A2A"/>
    <w:rsid w:val="00502C70"/>
    <w:rsid w:val="00503AD3"/>
    <w:rsid w:val="005048CB"/>
    <w:rsid w:val="005051BE"/>
    <w:rsid w:val="00515F71"/>
    <w:rsid w:val="005166C9"/>
    <w:rsid w:val="00517BC6"/>
    <w:rsid w:val="00525412"/>
    <w:rsid w:val="00536AB0"/>
    <w:rsid w:val="005373A9"/>
    <w:rsid w:val="00537CA5"/>
    <w:rsid w:val="0054027A"/>
    <w:rsid w:val="00546B0C"/>
    <w:rsid w:val="0055692B"/>
    <w:rsid w:val="0056516D"/>
    <w:rsid w:val="005669CA"/>
    <w:rsid w:val="00571B55"/>
    <w:rsid w:val="005764C3"/>
    <w:rsid w:val="005770EA"/>
    <w:rsid w:val="00586851"/>
    <w:rsid w:val="00593A31"/>
    <w:rsid w:val="005953C8"/>
    <w:rsid w:val="00597CDA"/>
    <w:rsid w:val="005A0191"/>
    <w:rsid w:val="005A5E25"/>
    <w:rsid w:val="005A62DB"/>
    <w:rsid w:val="005B11A8"/>
    <w:rsid w:val="005B250C"/>
    <w:rsid w:val="005B295C"/>
    <w:rsid w:val="005C4E78"/>
    <w:rsid w:val="005D1827"/>
    <w:rsid w:val="005E24C7"/>
    <w:rsid w:val="005E385C"/>
    <w:rsid w:val="005E42E9"/>
    <w:rsid w:val="005E4CC3"/>
    <w:rsid w:val="005F008E"/>
    <w:rsid w:val="0060114D"/>
    <w:rsid w:val="00603A23"/>
    <w:rsid w:val="006111B9"/>
    <w:rsid w:val="006122FE"/>
    <w:rsid w:val="0061245F"/>
    <w:rsid w:val="00615051"/>
    <w:rsid w:val="00620E65"/>
    <w:rsid w:val="00621FDF"/>
    <w:rsid w:val="00622F2F"/>
    <w:rsid w:val="00637C15"/>
    <w:rsid w:val="00641D65"/>
    <w:rsid w:val="00641F3E"/>
    <w:rsid w:val="00643F9E"/>
    <w:rsid w:val="00647403"/>
    <w:rsid w:val="006539D8"/>
    <w:rsid w:val="00670CAD"/>
    <w:rsid w:val="00672580"/>
    <w:rsid w:val="006978A9"/>
    <w:rsid w:val="006A18E9"/>
    <w:rsid w:val="006A5633"/>
    <w:rsid w:val="006C208B"/>
    <w:rsid w:val="006D5E44"/>
    <w:rsid w:val="006D7C70"/>
    <w:rsid w:val="007007B7"/>
    <w:rsid w:val="00701175"/>
    <w:rsid w:val="00702EDF"/>
    <w:rsid w:val="007250E2"/>
    <w:rsid w:val="00731A61"/>
    <w:rsid w:val="00731CBE"/>
    <w:rsid w:val="00731D4F"/>
    <w:rsid w:val="00731DC4"/>
    <w:rsid w:val="007320D0"/>
    <w:rsid w:val="00735EA4"/>
    <w:rsid w:val="00736D9B"/>
    <w:rsid w:val="00740255"/>
    <w:rsid w:val="00752D00"/>
    <w:rsid w:val="00761F31"/>
    <w:rsid w:val="00764463"/>
    <w:rsid w:val="00771667"/>
    <w:rsid w:val="00774093"/>
    <w:rsid w:val="00775FFF"/>
    <w:rsid w:val="00777E10"/>
    <w:rsid w:val="00790079"/>
    <w:rsid w:val="00790F81"/>
    <w:rsid w:val="00796C0A"/>
    <w:rsid w:val="007A02F8"/>
    <w:rsid w:val="007A4719"/>
    <w:rsid w:val="007A6A9E"/>
    <w:rsid w:val="007A74FE"/>
    <w:rsid w:val="007B1EE2"/>
    <w:rsid w:val="007C37A5"/>
    <w:rsid w:val="007C7351"/>
    <w:rsid w:val="007D044A"/>
    <w:rsid w:val="007D1714"/>
    <w:rsid w:val="007D4EB2"/>
    <w:rsid w:val="007E6569"/>
    <w:rsid w:val="007E7702"/>
    <w:rsid w:val="007F0478"/>
    <w:rsid w:val="007F1B87"/>
    <w:rsid w:val="00810787"/>
    <w:rsid w:val="00816A2C"/>
    <w:rsid w:val="0081755A"/>
    <w:rsid w:val="00820D2F"/>
    <w:rsid w:val="0082514C"/>
    <w:rsid w:val="00826F14"/>
    <w:rsid w:val="00832444"/>
    <w:rsid w:val="00833BEF"/>
    <w:rsid w:val="00834F70"/>
    <w:rsid w:val="008412A1"/>
    <w:rsid w:val="0085054D"/>
    <w:rsid w:val="00862AFE"/>
    <w:rsid w:val="00862E38"/>
    <w:rsid w:val="00862EBE"/>
    <w:rsid w:val="00866FEF"/>
    <w:rsid w:val="00875BE1"/>
    <w:rsid w:val="00893E1F"/>
    <w:rsid w:val="00894A68"/>
    <w:rsid w:val="008A45A9"/>
    <w:rsid w:val="008B56F1"/>
    <w:rsid w:val="008C16AB"/>
    <w:rsid w:val="008D1A4C"/>
    <w:rsid w:val="008E01CB"/>
    <w:rsid w:val="008E4FBC"/>
    <w:rsid w:val="008F402E"/>
    <w:rsid w:val="008F54BC"/>
    <w:rsid w:val="00904E78"/>
    <w:rsid w:val="00907419"/>
    <w:rsid w:val="00910743"/>
    <w:rsid w:val="0091525C"/>
    <w:rsid w:val="00915F6C"/>
    <w:rsid w:val="00920691"/>
    <w:rsid w:val="009239C8"/>
    <w:rsid w:val="00925AD0"/>
    <w:rsid w:val="00926627"/>
    <w:rsid w:val="00930224"/>
    <w:rsid w:val="00942FCF"/>
    <w:rsid w:val="00945953"/>
    <w:rsid w:val="009459CB"/>
    <w:rsid w:val="00947D61"/>
    <w:rsid w:val="009509C9"/>
    <w:rsid w:val="00953FB0"/>
    <w:rsid w:val="009579DF"/>
    <w:rsid w:val="00961074"/>
    <w:rsid w:val="009613B9"/>
    <w:rsid w:val="009622D3"/>
    <w:rsid w:val="00970798"/>
    <w:rsid w:val="0097195B"/>
    <w:rsid w:val="00981C8D"/>
    <w:rsid w:val="00993011"/>
    <w:rsid w:val="0099517D"/>
    <w:rsid w:val="009A43CB"/>
    <w:rsid w:val="009B0531"/>
    <w:rsid w:val="009B12DB"/>
    <w:rsid w:val="009C006B"/>
    <w:rsid w:val="009C426D"/>
    <w:rsid w:val="009C4866"/>
    <w:rsid w:val="009D5F65"/>
    <w:rsid w:val="009D77F8"/>
    <w:rsid w:val="009E3502"/>
    <w:rsid w:val="009F032A"/>
    <w:rsid w:val="009F1FD0"/>
    <w:rsid w:val="009F372D"/>
    <w:rsid w:val="009F4252"/>
    <w:rsid w:val="009F4686"/>
    <w:rsid w:val="00A0327E"/>
    <w:rsid w:val="00A12A58"/>
    <w:rsid w:val="00A135B4"/>
    <w:rsid w:val="00A207AF"/>
    <w:rsid w:val="00A22365"/>
    <w:rsid w:val="00A26C89"/>
    <w:rsid w:val="00A27BA9"/>
    <w:rsid w:val="00A31429"/>
    <w:rsid w:val="00A33C35"/>
    <w:rsid w:val="00A41974"/>
    <w:rsid w:val="00A41F35"/>
    <w:rsid w:val="00A456FB"/>
    <w:rsid w:val="00A52693"/>
    <w:rsid w:val="00A52784"/>
    <w:rsid w:val="00A55A7B"/>
    <w:rsid w:val="00A74112"/>
    <w:rsid w:val="00A90703"/>
    <w:rsid w:val="00A942D0"/>
    <w:rsid w:val="00AA06BE"/>
    <w:rsid w:val="00AA17BB"/>
    <w:rsid w:val="00AA1D8D"/>
    <w:rsid w:val="00AA200E"/>
    <w:rsid w:val="00AA586F"/>
    <w:rsid w:val="00AB0EA5"/>
    <w:rsid w:val="00AB2A04"/>
    <w:rsid w:val="00AB52A8"/>
    <w:rsid w:val="00AB5828"/>
    <w:rsid w:val="00AC290A"/>
    <w:rsid w:val="00AD094C"/>
    <w:rsid w:val="00AE71A1"/>
    <w:rsid w:val="00AE747D"/>
    <w:rsid w:val="00AF3834"/>
    <w:rsid w:val="00B033B0"/>
    <w:rsid w:val="00B125F1"/>
    <w:rsid w:val="00B25902"/>
    <w:rsid w:val="00B25CF7"/>
    <w:rsid w:val="00B42CC5"/>
    <w:rsid w:val="00B44B51"/>
    <w:rsid w:val="00B452C0"/>
    <w:rsid w:val="00B47730"/>
    <w:rsid w:val="00B52D50"/>
    <w:rsid w:val="00B63432"/>
    <w:rsid w:val="00B6531B"/>
    <w:rsid w:val="00B653AB"/>
    <w:rsid w:val="00B801B9"/>
    <w:rsid w:val="00B82EE2"/>
    <w:rsid w:val="00B86E8C"/>
    <w:rsid w:val="00B90682"/>
    <w:rsid w:val="00B953E5"/>
    <w:rsid w:val="00B95873"/>
    <w:rsid w:val="00BB52A7"/>
    <w:rsid w:val="00BB5EE9"/>
    <w:rsid w:val="00BB7344"/>
    <w:rsid w:val="00BB7C17"/>
    <w:rsid w:val="00BC022C"/>
    <w:rsid w:val="00BC3F3E"/>
    <w:rsid w:val="00BC4447"/>
    <w:rsid w:val="00BC4672"/>
    <w:rsid w:val="00BD2B62"/>
    <w:rsid w:val="00BD6210"/>
    <w:rsid w:val="00BE26DF"/>
    <w:rsid w:val="00BE352F"/>
    <w:rsid w:val="00BF5C0C"/>
    <w:rsid w:val="00C00CEA"/>
    <w:rsid w:val="00C01FAB"/>
    <w:rsid w:val="00C04740"/>
    <w:rsid w:val="00C12069"/>
    <w:rsid w:val="00C14222"/>
    <w:rsid w:val="00C159C5"/>
    <w:rsid w:val="00C177C1"/>
    <w:rsid w:val="00C25A7D"/>
    <w:rsid w:val="00C2625F"/>
    <w:rsid w:val="00C26C3A"/>
    <w:rsid w:val="00C329E9"/>
    <w:rsid w:val="00C345C4"/>
    <w:rsid w:val="00C405B1"/>
    <w:rsid w:val="00C47782"/>
    <w:rsid w:val="00C504FC"/>
    <w:rsid w:val="00C52382"/>
    <w:rsid w:val="00C54950"/>
    <w:rsid w:val="00C56F33"/>
    <w:rsid w:val="00C60A46"/>
    <w:rsid w:val="00C63A09"/>
    <w:rsid w:val="00C65BCC"/>
    <w:rsid w:val="00C7247A"/>
    <w:rsid w:val="00C72F9D"/>
    <w:rsid w:val="00C75488"/>
    <w:rsid w:val="00C76A1D"/>
    <w:rsid w:val="00C80E59"/>
    <w:rsid w:val="00C90401"/>
    <w:rsid w:val="00C94E59"/>
    <w:rsid w:val="00C958C8"/>
    <w:rsid w:val="00CA3FE8"/>
    <w:rsid w:val="00CB0664"/>
    <w:rsid w:val="00CB0DF9"/>
    <w:rsid w:val="00CD462A"/>
    <w:rsid w:val="00CE3029"/>
    <w:rsid w:val="00CE612D"/>
    <w:rsid w:val="00CE62F7"/>
    <w:rsid w:val="00CE77B6"/>
    <w:rsid w:val="00CF3415"/>
    <w:rsid w:val="00CF7340"/>
    <w:rsid w:val="00CF77DD"/>
    <w:rsid w:val="00D10F9D"/>
    <w:rsid w:val="00D12159"/>
    <w:rsid w:val="00D14B5E"/>
    <w:rsid w:val="00D151C8"/>
    <w:rsid w:val="00D15C50"/>
    <w:rsid w:val="00D20191"/>
    <w:rsid w:val="00D23985"/>
    <w:rsid w:val="00D349BF"/>
    <w:rsid w:val="00D35692"/>
    <w:rsid w:val="00D45DD5"/>
    <w:rsid w:val="00D66BA3"/>
    <w:rsid w:val="00D70FD1"/>
    <w:rsid w:val="00D7724B"/>
    <w:rsid w:val="00D85DDC"/>
    <w:rsid w:val="00D90219"/>
    <w:rsid w:val="00D92A00"/>
    <w:rsid w:val="00DA43DC"/>
    <w:rsid w:val="00DB2484"/>
    <w:rsid w:val="00DB53DA"/>
    <w:rsid w:val="00DB7DEA"/>
    <w:rsid w:val="00DC518E"/>
    <w:rsid w:val="00DC7BF5"/>
    <w:rsid w:val="00DD3F7B"/>
    <w:rsid w:val="00DE2293"/>
    <w:rsid w:val="00DF13D4"/>
    <w:rsid w:val="00E02368"/>
    <w:rsid w:val="00E048BB"/>
    <w:rsid w:val="00E05DA5"/>
    <w:rsid w:val="00E10AAA"/>
    <w:rsid w:val="00E268CA"/>
    <w:rsid w:val="00E27805"/>
    <w:rsid w:val="00E357A8"/>
    <w:rsid w:val="00E4392E"/>
    <w:rsid w:val="00E44381"/>
    <w:rsid w:val="00E452FA"/>
    <w:rsid w:val="00E52005"/>
    <w:rsid w:val="00E625AE"/>
    <w:rsid w:val="00E62F5E"/>
    <w:rsid w:val="00E718FC"/>
    <w:rsid w:val="00E720DE"/>
    <w:rsid w:val="00E77D45"/>
    <w:rsid w:val="00E810B7"/>
    <w:rsid w:val="00E90927"/>
    <w:rsid w:val="00E9521C"/>
    <w:rsid w:val="00EA40A9"/>
    <w:rsid w:val="00EA4F6F"/>
    <w:rsid w:val="00EA767F"/>
    <w:rsid w:val="00EA7B27"/>
    <w:rsid w:val="00EB1AFF"/>
    <w:rsid w:val="00EB6D4D"/>
    <w:rsid w:val="00ED47AD"/>
    <w:rsid w:val="00ED7AF8"/>
    <w:rsid w:val="00EE6533"/>
    <w:rsid w:val="00EF00A9"/>
    <w:rsid w:val="00EF0AE4"/>
    <w:rsid w:val="00EF759A"/>
    <w:rsid w:val="00F015E7"/>
    <w:rsid w:val="00F2534C"/>
    <w:rsid w:val="00F42D8A"/>
    <w:rsid w:val="00F43A9E"/>
    <w:rsid w:val="00F51A5D"/>
    <w:rsid w:val="00F602FD"/>
    <w:rsid w:val="00F60409"/>
    <w:rsid w:val="00F730D2"/>
    <w:rsid w:val="00F77703"/>
    <w:rsid w:val="00F844EB"/>
    <w:rsid w:val="00F93669"/>
    <w:rsid w:val="00F93D1F"/>
    <w:rsid w:val="00F973AD"/>
    <w:rsid w:val="00FA0285"/>
    <w:rsid w:val="00FA7F09"/>
    <w:rsid w:val="00FB45D0"/>
    <w:rsid w:val="00FB6765"/>
    <w:rsid w:val="00FC3003"/>
    <w:rsid w:val="00FC3206"/>
    <w:rsid w:val="00FC693F"/>
    <w:rsid w:val="00FD3957"/>
    <w:rsid w:val="00FD4795"/>
    <w:rsid w:val="00FD740D"/>
    <w:rsid w:val="00FF5826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8F9582A"/>
  <w14:defaultImageDpi w14:val="300"/>
  <w15:docId w15:val="{E0F2C733-0F43-4909-871F-810DD7E04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A8C778CD6297488FF808CD425EF0E3" ma:contentTypeVersion="10" ma:contentTypeDescription="Create a new document." ma:contentTypeScope="" ma:versionID="ba4b9b5111c9ded05e97e58d8a9f35bb">
  <xsd:schema xmlns:xsd="http://www.w3.org/2001/XMLSchema" xmlns:xs="http://www.w3.org/2001/XMLSchema" xmlns:p="http://schemas.microsoft.com/office/2006/metadata/properties" xmlns:ns2="6f7e27cf-ed6b-4bf0-b0a8-8057aed20998" xmlns:ns3="c406d7fd-4f83-4c9b-9296-b480497c1ed1" targetNamespace="http://schemas.microsoft.com/office/2006/metadata/properties" ma:root="true" ma:fieldsID="92865cf007cfc4cc4eabbf1637cd8ef6" ns2:_="" ns3:_="">
    <xsd:import namespace="6f7e27cf-ed6b-4bf0-b0a8-8057aed20998"/>
    <xsd:import namespace="c406d7fd-4f83-4c9b-9296-b480497c1e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7e27cf-ed6b-4bf0-b0a8-8057aed20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5652f55-2485-4bcd-8615-e0c31fdd99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6d7fd-4f83-4c9b-9296-b480497c1ed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b982a0e-d925-4227-8b57-088ea4973a0a}" ma:internalName="TaxCatchAll" ma:showField="CatchAllData" ma:web="c406d7fd-4f83-4c9b-9296-b480497c1ed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06d7fd-4f83-4c9b-9296-b480497c1ed1" xsi:nil="true"/>
    <lcf76f155ced4ddcb4097134ff3c332f xmlns="6f7e27cf-ed6b-4bf0-b0a8-8057aed2099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AAAA20-47E0-4BC2-B70A-50B9D97785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7e27cf-ed6b-4bf0-b0a8-8057aed20998"/>
    <ds:schemaRef ds:uri="c406d7fd-4f83-4c9b-9296-b480497c1e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6A2E54-AAE4-4CC4-8666-2C15DCA2B46D}">
  <ds:schemaRefs>
    <ds:schemaRef ds:uri="http://schemas.microsoft.com/office/2006/metadata/properties"/>
    <ds:schemaRef ds:uri="http://schemas.microsoft.com/office/infopath/2007/PartnerControls"/>
    <ds:schemaRef ds:uri="c406d7fd-4f83-4c9b-9296-b480497c1ed1"/>
    <ds:schemaRef ds:uri="6f7e27cf-ed6b-4bf0-b0a8-8057aed20998"/>
  </ds:schemaRefs>
</ds:datastoreItem>
</file>

<file path=customXml/itemProps3.xml><?xml version="1.0" encoding="utf-8"?>
<ds:datastoreItem xmlns:ds="http://schemas.openxmlformats.org/officeDocument/2006/customXml" ds:itemID="{EDC02B9D-95DF-4B42-9EF3-D67B604C27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2115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Lynn Travers-Howard</cp:lastModifiedBy>
  <cp:revision>65</cp:revision>
  <cp:lastPrinted>2026-03-19T14:23:00Z</cp:lastPrinted>
  <dcterms:created xsi:type="dcterms:W3CDTF">2026-06-16T14:31:00Z</dcterms:created>
  <dcterms:modified xsi:type="dcterms:W3CDTF">2026-07-16T13:53:00Z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0x01010061A8C778CD6297488FF808CD425EF0E3</vt:lpwstr>
  </property>
  <property fmtid="{D5CDD505-2E9C-101B-9397-08002B2CF9AE}" pid="3" name="MediaServiceImageTags">
    <vt:lpwstr/>
  </property>
</Properties>
</file>