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22392" w14:textId="77777777" w:rsidR="00B431D7" w:rsidRDefault="00B431D7" w:rsidP="00F87E8C">
      <w:pPr>
        <w:pStyle w:val="BodyText"/>
        <w:spacing w:after="0" w:line="248" w:lineRule="exact"/>
        <w:ind w:right="-1"/>
        <w:jc w:val="center"/>
        <w:rPr>
          <w:rFonts w:ascii="Arial" w:hAnsi="Arial" w:cs="Arial"/>
          <w:spacing w:val="-1"/>
          <w:sz w:val="24"/>
          <w:szCs w:val="24"/>
        </w:rPr>
      </w:pPr>
    </w:p>
    <w:p w14:paraId="70EC554C" w14:textId="10E64858" w:rsidR="00F87E8C" w:rsidRPr="00F87E8C" w:rsidRDefault="00F87E8C" w:rsidP="00263841">
      <w:pPr>
        <w:pStyle w:val="BodyText"/>
        <w:spacing w:after="0" w:line="248" w:lineRule="exact"/>
        <w:ind w:right="-1"/>
        <w:jc w:val="center"/>
        <w:rPr>
          <w:rFonts w:ascii="Arial" w:hAnsi="Arial" w:cs="Arial"/>
          <w:spacing w:val="-1"/>
          <w:sz w:val="24"/>
          <w:szCs w:val="24"/>
        </w:rPr>
      </w:pPr>
      <w:r w:rsidRPr="00F87E8C">
        <w:rPr>
          <w:rFonts w:ascii="Arial" w:hAnsi="Arial" w:cs="Arial"/>
          <w:spacing w:val="-1"/>
          <w:sz w:val="24"/>
          <w:szCs w:val="24"/>
        </w:rPr>
        <w:t>ALL</w:t>
      </w:r>
      <w:r w:rsidRPr="00F87E8C">
        <w:rPr>
          <w:rFonts w:ascii="Arial" w:hAnsi="Arial" w:cs="Arial"/>
          <w:sz w:val="24"/>
          <w:szCs w:val="24"/>
        </w:rPr>
        <w:t xml:space="preserve"> </w:t>
      </w:r>
      <w:r w:rsidRPr="00F87E8C">
        <w:rPr>
          <w:rFonts w:ascii="Arial" w:hAnsi="Arial" w:cs="Arial"/>
          <w:spacing w:val="-2"/>
          <w:sz w:val="24"/>
          <w:szCs w:val="24"/>
        </w:rPr>
        <w:t>ASHBURTON</w:t>
      </w:r>
      <w:r w:rsidRPr="00F87E8C">
        <w:rPr>
          <w:rFonts w:ascii="Arial" w:hAnsi="Arial" w:cs="Arial"/>
          <w:spacing w:val="-3"/>
          <w:sz w:val="24"/>
          <w:szCs w:val="24"/>
        </w:rPr>
        <w:t xml:space="preserve"> </w:t>
      </w:r>
      <w:r w:rsidRPr="00F87E8C">
        <w:rPr>
          <w:rFonts w:ascii="Arial" w:hAnsi="Arial" w:cs="Arial"/>
          <w:spacing w:val="-1"/>
          <w:sz w:val="24"/>
          <w:szCs w:val="24"/>
        </w:rPr>
        <w:t>TOWN</w:t>
      </w:r>
      <w:r w:rsidRPr="00F87E8C">
        <w:rPr>
          <w:rFonts w:ascii="Arial" w:hAnsi="Arial" w:cs="Arial"/>
          <w:sz w:val="24"/>
          <w:szCs w:val="24"/>
        </w:rPr>
        <w:t xml:space="preserve"> </w:t>
      </w:r>
      <w:r w:rsidRPr="00F87E8C">
        <w:rPr>
          <w:rFonts w:ascii="Arial" w:hAnsi="Arial" w:cs="Arial"/>
          <w:spacing w:val="-2"/>
          <w:sz w:val="24"/>
          <w:szCs w:val="24"/>
        </w:rPr>
        <w:t>COUNCILLORS</w:t>
      </w:r>
      <w:r w:rsidRPr="00F87E8C">
        <w:rPr>
          <w:rFonts w:ascii="Arial" w:hAnsi="Arial" w:cs="Arial"/>
          <w:spacing w:val="3"/>
          <w:sz w:val="24"/>
          <w:szCs w:val="24"/>
        </w:rPr>
        <w:t xml:space="preserve"> </w:t>
      </w:r>
      <w:r w:rsidRPr="00F87E8C">
        <w:rPr>
          <w:rFonts w:ascii="Arial" w:hAnsi="Arial" w:cs="Arial"/>
          <w:spacing w:val="-2"/>
          <w:sz w:val="24"/>
          <w:szCs w:val="24"/>
        </w:rPr>
        <w:t>ARE</w:t>
      </w:r>
      <w:r w:rsidRPr="00F87E8C">
        <w:rPr>
          <w:rFonts w:ascii="Arial" w:hAnsi="Arial" w:cs="Arial"/>
          <w:spacing w:val="1"/>
          <w:sz w:val="24"/>
          <w:szCs w:val="24"/>
        </w:rPr>
        <w:t xml:space="preserve"> </w:t>
      </w:r>
      <w:r w:rsidRPr="00F87E8C">
        <w:rPr>
          <w:rFonts w:ascii="Arial" w:hAnsi="Arial" w:cs="Arial"/>
          <w:spacing w:val="-2"/>
          <w:sz w:val="24"/>
          <w:szCs w:val="24"/>
        </w:rPr>
        <w:t>SUMMONED</w:t>
      </w:r>
      <w:r w:rsidRPr="00F87E8C">
        <w:rPr>
          <w:rFonts w:ascii="Arial" w:hAnsi="Arial" w:cs="Arial"/>
          <w:spacing w:val="-3"/>
          <w:sz w:val="24"/>
          <w:szCs w:val="24"/>
        </w:rPr>
        <w:t xml:space="preserve"> </w:t>
      </w:r>
      <w:r w:rsidRPr="00F87E8C">
        <w:rPr>
          <w:rFonts w:ascii="Arial" w:hAnsi="Arial" w:cs="Arial"/>
          <w:spacing w:val="1"/>
          <w:sz w:val="24"/>
          <w:szCs w:val="24"/>
        </w:rPr>
        <w:t>TO</w:t>
      </w:r>
    </w:p>
    <w:p w14:paraId="35912B44" w14:textId="77777777" w:rsidR="00F87E8C" w:rsidRPr="00F87E8C" w:rsidRDefault="00F87E8C" w:rsidP="00F87E8C">
      <w:pPr>
        <w:pStyle w:val="BodyText"/>
        <w:spacing w:after="0" w:line="248" w:lineRule="exact"/>
        <w:ind w:left="142" w:right="-1"/>
        <w:jc w:val="center"/>
        <w:rPr>
          <w:rFonts w:ascii="Arial" w:hAnsi="Arial" w:cs="Arial"/>
          <w:spacing w:val="-2"/>
          <w:sz w:val="24"/>
          <w:szCs w:val="24"/>
        </w:rPr>
      </w:pPr>
      <w:r w:rsidRPr="00F87E8C">
        <w:rPr>
          <w:rFonts w:ascii="Arial" w:hAnsi="Arial" w:cs="Arial"/>
          <w:spacing w:val="-1"/>
          <w:sz w:val="24"/>
          <w:szCs w:val="24"/>
        </w:rPr>
        <w:t>A</w:t>
      </w:r>
      <w:r w:rsidRPr="00F87E8C">
        <w:rPr>
          <w:rFonts w:ascii="Arial" w:hAnsi="Arial" w:cs="Arial"/>
          <w:spacing w:val="-2"/>
          <w:sz w:val="24"/>
          <w:szCs w:val="24"/>
        </w:rPr>
        <w:t xml:space="preserve"> MEETING OF </w:t>
      </w:r>
      <w:r w:rsidRPr="00F87E8C">
        <w:rPr>
          <w:rFonts w:ascii="Arial" w:hAnsi="Arial" w:cs="Arial"/>
          <w:spacing w:val="-1"/>
          <w:sz w:val="24"/>
          <w:szCs w:val="24"/>
        </w:rPr>
        <w:t>FULL</w:t>
      </w:r>
      <w:r w:rsidRPr="00F87E8C">
        <w:rPr>
          <w:rFonts w:ascii="Arial" w:hAnsi="Arial" w:cs="Arial"/>
          <w:spacing w:val="46"/>
          <w:sz w:val="24"/>
          <w:szCs w:val="24"/>
        </w:rPr>
        <w:t xml:space="preserve"> </w:t>
      </w:r>
      <w:r w:rsidRPr="00F87E8C">
        <w:rPr>
          <w:rFonts w:ascii="Arial" w:hAnsi="Arial" w:cs="Arial"/>
          <w:spacing w:val="-1"/>
          <w:sz w:val="24"/>
          <w:szCs w:val="24"/>
        </w:rPr>
        <w:t>COUNCIL</w:t>
      </w:r>
      <w:r w:rsidRPr="00F87E8C">
        <w:rPr>
          <w:rFonts w:ascii="Arial" w:hAnsi="Arial" w:cs="Arial"/>
          <w:spacing w:val="-3"/>
          <w:sz w:val="24"/>
          <w:szCs w:val="24"/>
        </w:rPr>
        <w:t xml:space="preserve"> </w:t>
      </w:r>
    </w:p>
    <w:p w14:paraId="1D35946A" w14:textId="1BEFC94B" w:rsidR="00F87E8C" w:rsidRPr="002F0547" w:rsidRDefault="00F87E8C" w:rsidP="00F87E8C">
      <w:pPr>
        <w:pStyle w:val="BodyText"/>
        <w:tabs>
          <w:tab w:val="left" w:pos="9639"/>
        </w:tabs>
        <w:spacing w:before="8" w:after="0"/>
        <w:ind w:left="142" w:right="-1"/>
        <w:jc w:val="center"/>
        <w:rPr>
          <w:rFonts w:ascii="Arial" w:hAnsi="Arial" w:cs="Arial"/>
          <w:b/>
          <w:bCs/>
          <w:spacing w:val="-1"/>
          <w:sz w:val="24"/>
          <w:szCs w:val="24"/>
        </w:rPr>
      </w:pPr>
      <w:r w:rsidRPr="002F0547">
        <w:rPr>
          <w:rFonts w:ascii="Arial" w:hAnsi="Arial" w:cs="Arial"/>
          <w:b/>
          <w:bCs/>
          <w:spacing w:val="-1"/>
          <w:sz w:val="24"/>
          <w:szCs w:val="24"/>
        </w:rPr>
        <w:t xml:space="preserve">Tuesday </w:t>
      </w:r>
      <w:r w:rsidR="00456B30">
        <w:rPr>
          <w:rFonts w:ascii="Arial" w:hAnsi="Arial" w:cs="Arial"/>
          <w:b/>
          <w:bCs/>
          <w:spacing w:val="-1"/>
          <w:sz w:val="24"/>
          <w:szCs w:val="24"/>
        </w:rPr>
        <w:t>8</w:t>
      </w:r>
      <w:r w:rsidR="005A26BD" w:rsidRPr="005A26BD">
        <w:rPr>
          <w:rFonts w:ascii="Arial" w:hAnsi="Arial" w:cs="Arial"/>
          <w:b/>
          <w:bCs/>
          <w:spacing w:val="-1"/>
          <w:sz w:val="24"/>
          <w:szCs w:val="24"/>
          <w:vertAlign w:val="superscript"/>
        </w:rPr>
        <w:t>th</w:t>
      </w:r>
      <w:r w:rsidR="005A26BD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="00A519D8">
        <w:rPr>
          <w:rFonts w:ascii="Arial" w:hAnsi="Arial" w:cs="Arial"/>
          <w:b/>
          <w:bCs/>
          <w:spacing w:val="-1"/>
          <w:sz w:val="24"/>
          <w:szCs w:val="24"/>
        </w:rPr>
        <w:t>September</w:t>
      </w:r>
      <w:r w:rsidR="00B70280" w:rsidRPr="002F0547">
        <w:rPr>
          <w:rFonts w:ascii="Arial" w:hAnsi="Arial" w:cs="Arial"/>
          <w:b/>
          <w:bCs/>
          <w:spacing w:val="-1"/>
          <w:sz w:val="24"/>
          <w:szCs w:val="24"/>
        </w:rPr>
        <w:t xml:space="preserve"> 2026</w:t>
      </w:r>
      <w:r w:rsidRPr="002F0547">
        <w:rPr>
          <w:rFonts w:ascii="Arial" w:hAnsi="Arial" w:cs="Arial"/>
          <w:b/>
          <w:bCs/>
          <w:sz w:val="24"/>
          <w:szCs w:val="24"/>
        </w:rPr>
        <w:t xml:space="preserve"> at</w:t>
      </w:r>
      <w:r w:rsidRPr="002F0547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2F0547">
        <w:rPr>
          <w:rFonts w:ascii="Arial" w:hAnsi="Arial" w:cs="Arial"/>
          <w:b/>
          <w:bCs/>
          <w:spacing w:val="-1"/>
          <w:sz w:val="24"/>
          <w:szCs w:val="24"/>
        </w:rPr>
        <w:t>7.30</w:t>
      </w:r>
      <w:r w:rsidRPr="002F0547">
        <w:rPr>
          <w:rFonts w:ascii="Arial" w:hAnsi="Arial" w:cs="Arial"/>
          <w:b/>
          <w:bCs/>
          <w:spacing w:val="-2"/>
          <w:sz w:val="24"/>
          <w:szCs w:val="24"/>
        </w:rPr>
        <w:t>pm</w:t>
      </w:r>
      <w:r w:rsidRPr="002F0547">
        <w:rPr>
          <w:rFonts w:ascii="Arial" w:hAnsi="Arial" w:cs="Arial"/>
          <w:b/>
          <w:bCs/>
          <w:spacing w:val="-19"/>
          <w:sz w:val="24"/>
          <w:szCs w:val="24"/>
        </w:rPr>
        <w:t xml:space="preserve"> i</w:t>
      </w:r>
      <w:r w:rsidRPr="002F0547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Pr="002F0547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2F0547">
        <w:rPr>
          <w:rFonts w:ascii="Arial" w:hAnsi="Arial" w:cs="Arial"/>
          <w:b/>
          <w:bCs/>
          <w:spacing w:val="-1"/>
          <w:sz w:val="24"/>
          <w:szCs w:val="24"/>
        </w:rPr>
        <w:t>The</w:t>
      </w:r>
      <w:r w:rsidRPr="002F0547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2F0547">
        <w:rPr>
          <w:rFonts w:ascii="Arial" w:hAnsi="Arial" w:cs="Arial"/>
          <w:b/>
          <w:bCs/>
          <w:spacing w:val="-1"/>
          <w:sz w:val="24"/>
          <w:szCs w:val="24"/>
        </w:rPr>
        <w:t>Chambers</w:t>
      </w:r>
      <w:r w:rsidRPr="002F0547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2F0547">
        <w:rPr>
          <w:rFonts w:ascii="Arial" w:hAnsi="Arial" w:cs="Arial"/>
          <w:b/>
          <w:bCs/>
          <w:sz w:val="24"/>
          <w:szCs w:val="24"/>
        </w:rPr>
        <w:t xml:space="preserve">of </w:t>
      </w:r>
      <w:r w:rsidRPr="002F0547">
        <w:rPr>
          <w:rFonts w:ascii="Arial" w:hAnsi="Arial" w:cs="Arial"/>
          <w:b/>
          <w:bCs/>
          <w:spacing w:val="-1"/>
          <w:sz w:val="24"/>
          <w:szCs w:val="24"/>
        </w:rPr>
        <w:t>the</w:t>
      </w:r>
      <w:r w:rsidRPr="002F0547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2F0547">
        <w:rPr>
          <w:rFonts w:ascii="Arial" w:hAnsi="Arial" w:cs="Arial"/>
          <w:b/>
          <w:bCs/>
          <w:spacing w:val="-1"/>
          <w:sz w:val="24"/>
          <w:szCs w:val="24"/>
        </w:rPr>
        <w:t>Town</w:t>
      </w:r>
      <w:r w:rsidRPr="002F0547">
        <w:rPr>
          <w:rFonts w:ascii="Arial" w:hAnsi="Arial" w:cs="Arial"/>
          <w:b/>
          <w:bCs/>
          <w:spacing w:val="1"/>
          <w:sz w:val="24"/>
          <w:szCs w:val="24"/>
        </w:rPr>
        <w:t xml:space="preserve"> H</w:t>
      </w:r>
      <w:r w:rsidRPr="002F0547">
        <w:rPr>
          <w:rFonts w:ascii="Arial" w:hAnsi="Arial" w:cs="Arial"/>
          <w:b/>
          <w:bCs/>
          <w:spacing w:val="-1"/>
          <w:sz w:val="24"/>
          <w:szCs w:val="24"/>
        </w:rPr>
        <w:t>all</w:t>
      </w:r>
    </w:p>
    <w:p w14:paraId="1F46A4D9" w14:textId="77777777" w:rsidR="00F87E8C" w:rsidRPr="00F32EF4" w:rsidRDefault="00F87E8C" w:rsidP="00F87E8C">
      <w:pPr>
        <w:spacing w:after="0"/>
        <w:ind w:left="142" w:right="-1"/>
        <w:jc w:val="center"/>
        <w:rPr>
          <w:rFonts w:ascii="Arial"/>
          <w:b/>
          <w:spacing w:val="-1"/>
          <w:sz w:val="12"/>
          <w:szCs w:val="12"/>
        </w:rPr>
      </w:pPr>
    </w:p>
    <w:p w14:paraId="742ECA22" w14:textId="77777777" w:rsidR="00F87E8C" w:rsidRDefault="00F87E8C" w:rsidP="00F87E8C">
      <w:pPr>
        <w:spacing w:after="0"/>
        <w:ind w:left="142" w:right="-1"/>
        <w:jc w:val="center"/>
        <w:rPr>
          <w:rFonts w:ascii="Arial"/>
          <w:b/>
          <w:spacing w:val="-1"/>
          <w:sz w:val="24"/>
          <w:szCs w:val="24"/>
        </w:rPr>
      </w:pPr>
      <w:r>
        <w:rPr>
          <w:rFonts w:ascii="Arial"/>
          <w:b/>
          <w:spacing w:val="-1"/>
          <w:sz w:val="24"/>
          <w:szCs w:val="24"/>
        </w:rPr>
        <w:t>AGENDA</w:t>
      </w:r>
    </w:p>
    <w:p w14:paraId="642FBB22" w14:textId="7768F6D3" w:rsidR="00F87E8C" w:rsidRDefault="00BB78DE" w:rsidP="00EA2A0A">
      <w:pPr>
        <w:spacing w:after="0"/>
        <w:ind w:left="142" w:right="-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11</w:t>
      </w:r>
      <w:r w:rsidR="00E044DF">
        <w:rPr>
          <w:rFonts w:ascii="Arial" w:hAnsi="Arial" w:cs="Arial"/>
          <w:b/>
          <w:bCs/>
          <w:sz w:val="24"/>
        </w:rPr>
        <w:t>6</w:t>
      </w:r>
      <w:r w:rsidR="00F87E8C">
        <w:rPr>
          <w:rFonts w:ascii="Arial" w:hAnsi="Arial" w:cs="Arial"/>
          <w:b/>
          <w:bCs/>
          <w:sz w:val="24"/>
        </w:rPr>
        <w:t>.2</w:t>
      </w:r>
      <w:r w:rsidR="00B833F2">
        <w:rPr>
          <w:rFonts w:ascii="Arial" w:hAnsi="Arial" w:cs="Arial"/>
          <w:b/>
          <w:bCs/>
          <w:sz w:val="24"/>
        </w:rPr>
        <w:t>6</w:t>
      </w:r>
      <w:r w:rsidR="00F87E8C">
        <w:rPr>
          <w:rFonts w:ascii="Arial" w:hAnsi="Arial" w:cs="Arial"/>
          <w:b/>
          <w:bCs/>
          <w:sz w:val="24"/>
        </w:rPr>
        <w:tab/>
      </w:r>
      <w:r w:rsidR="00F87E8C" w:rsidRPr="00DC1B10">
        <w:rPr>
          <w:rFonts w:ascii="Arial" w:hAnsi="Arial" w:cs="Arial"/>
          <w:b/>
          <w:bCs/>
          <w:sz w:val="24"/>
        </w:rPr>
        <w:t>Apologies</w:t>
      </w:r>
      <w:r w:rsidR="00F87E8C">
        <w:rPr>
          <w:rFonts w:ascii="Arial" w:hAnsi="Arial" w:cs="Arial"/>
          <w:b/>
          <w:bCs/>
          <w:sz w:val="24"/>
        </w:rPr>
        <w:t>.</w:t>
      </w:r>
    </w:p>
    <w:p w14:paraId="162AE863" w14:textId="77777777" w:rsidR="00F87E8C" w:rsidRPr="00EB2BF2" w:rsidRDefault="00F87E8C" w:rsidP="00EA2A0A">
      <w:pPr>
        <w:spacing w:after="0"/>
        <w:ind w:left="142" w:right="-1" w:hanging="1135"/>
        <w:rPr>
          <w:rFonts w:ascii="Arial" w:hAnsi="Arial" w:cs="Arial"/>
          <w:b/>
          <w:bCs/>
          <w:sz w:val="12"/>
          <w:szCs w:val="12"/>
        </w:rPr>
      </w:pPr>
    </w:p>
    <w:p w14:paraId="0721DA10" w14:textId="1DD9153F" w:rsidR="00F87E8C" w:rsidRDefault="00BB78DE" w:rsidP="00EA2A0A">
      <w:pPr>
        <w:spacing w:after="0"/>
        <w:ind w:left="142" w:right="-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11</w:t>
      </w:r>
      <w:r w:rsidR="00B55DAD">
        <w:rPr>
          <w:rFonts w:ascii="Arial" w:hAnsi="Arial" w:cs="Arial"/>
          <w:b/>
          <w:bCs/>
          <w:sz w:val="24"/>
        </w:rPr>
        <w:t>7</w:t>
      </w:r>
      <w:r w:rsidR="00F87E8C">
        <w:rPr>
          <w:rFonts w:ascii="Arial" w:hAnsi="Arial" w:cs="Arial"/>
          <w:b/>
          <w:bCs/>
          <w:sz w:val="24"/>
        </w:rPr>
        <w:t>.2</w:t>
      </w:r>
      <w:r w:rsidR="00B833F2">
        <w:rPr>
          <w:rFonts w:ascii="Arial" w:hAnsi="Arial" w:cs="Arial"/>
          <w:b/>
          <w:bCs/>
          <w:sz w:val="24"/>
        </w:rPr>
        <w:t>6</w:t>
      </w:r>
      <w:r w:rsidR="00F87E8C">
        <w:rPr>
          <w:rFonts w:ascii="Arial" w:hAnsi="Arial" w:cs="Arial"/>
          <w:b/>
          <w:bCs/>
          <w:sz w:val="24"/>
        </w:rPr>
        <w:tab/>
        <w:t>Declarations of interest.</w:t>
      </w:r>
    </w:p>
    <w:p w14:paraId="38B73EDA" w14:textId="77777777" w:rsidR="00F87E8C" w:rsidRDefault="00F87E8C" w:rsidP="00EA2A0A">
      <w:pPr>
        <w:spacing w:after="0"/>
        <w:ind w:left="142" w:right="-1" w:hanging="1135"/>
        <w:rPr>
          <w:rFonts w:ascii="Arial"/>
          <w:spacing w:val="-3"/>
          <w:sz w:val="24"/>
        </w:rPr>
      </w:pPr>
      <w:r>
        <w:rPr>
          <w:rFonts w:ascii="Arial" w:hAnsi="Arial" w:cs="Arial"/>
          <w:b/>
          <w:bCs/>
          <w:sz w:val="24"/>
        </w:rPr>
        <w:tab/>
      </w:r>
      <w:r>
        <w:rPr>
          <w:rFonts w:ascii="Arial"/>
          <w:spacing w:val="-1"/>
          <w:sz w:val="24"/>
        </w:rPr>
        <w:t>To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3"/>
          <w:sz w:val="24"/>
        </w:rPr>
        <w:t xml:space="preserve">receive </w:t>
      </w:r>
      <w:r>
        <w:rPr>
          <w:rFonts w:ascii="Arial"/>
          <w:spacing w:val="-2"/>
          <w:sz w:val="24"/>
        </w:rPr>
        <w:t>any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pacing w:val="-3"/>
          <w:sz w:val="24"/>
        </w:rPr>
        <w:t>declarations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pacing w:val="-1"/>
          <w:sz w:val="24"/>
        </w:rPr>
        <w:t>of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3"/>
          <w:sz w:val="24"/>
        </w:rPr>
        <w:t>interest</w:t>
      </w:r>
      <w:r>
        <w:rPr>
          <w:rFonts w:ascii="Arial"/>
          <w:spacing w:val="-4"/>
          <w:sz w:val="24"/>
        </w:rPr>
        <w:t xml:space="preserve"> </w:t>
      </w:r>
      <w:r>
        <w:rPr>
          <w:rFonts w:ascii="Arial"/>
          <w:spacing w:val="-1"/>
          <w:sz w:val="24"/>
        </w:rPr>
        <w:t>for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2"/>
          <w:sz w:val="24"/>
        </w:rPr>
        <w:t>items</w:t>
      </w:r>
      <w:r>
        <w:rPr>
          <w:rFonts w:ascii="Arial"/>
          <w:spacing w:val="-5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on the </w:t>
      </w:r>
      <w:r>
        <w:rPr>
          <w:rFonts w:ascii="Arial"/>
          <w:spacing w:val="-3"/>
          <w:sz w:val="24"/>
        </w:rPr>
        <w:t>agenda.</w:t>
      </w:r>
    </w:p>
    <w:p w14:paraId="68F2FD05" w14:textId="77777777" w:rsidR="00F87E8C" w:rsidRPr="00EB2BF2" w:rsidRDefault="00F87E8C" w:rsidP="00EA2A0A">
      <w:pPr>
        <w:spacing w:after="0"/>
        <w:ind w:left="142" w:right="-1" w:hanging="1135"/>
        <w:rPr>
          <w:rFonts w:ascii="Arial"/>
          <w:spacing w:val="-3"/>
          <w:sz w:val="12"/>
          <w:szCs w:val="12"/>
        </w:rPr>
      </w:pPr>
    </w:p>
    <w:p w14:paraId="4CE1A220" w14:textId="23F54288" w:rsidR="00F87E8C" w:rsidRDefault="00BB78DE" w:rsidP="00EA2A0A">
      <w:pPr>
        <w:spacing w:after="0"/>
        <w:ind w:left="142" w:right="-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11</w:t>
      </w:r>
      <w:r w:rsidR="00B55DAD">
        <w:rPr>
          <w:rFonts w:ascii="Arial" w:hAnsi="Arial" w:cs="Arial"/>
          <w:b/>
          <w:bCs/>
          <w:sz w:val="24"/>
        </w:rPr>
        <w:t>8</w:t>
      </w:r>
      <w:r w:rsidR="00F87E8C">
        <w:rPr>
          <w:rFonts w:ascii="Arial" w:hAnsi="Arial" w:cs="Arial"/>
          <w:b/>
          <w:bCs/>
          <w:sz w:val="24"/>
        </w:rPr>
        <w:t>.2</w:t>
      </w:r>
      <w:r w:rsidR="00B833F2">
        <w:rPr>
          <w:rFonts w:ascii="Arial" w:hAnsi="Arial" w:cs="Arial"/>
          <w:b/>
          <w:bCs/>
          <w:sz w:val="24"/>
        </w:rPr>
        <w:t>6</w:t>
      </w:r>
      <w:r w:rsidR="00F87E8C" w:rsidRPr="00C94265">
        <w:rPr>
          <w:rFonts w:ascii="Arial" w:hAnsi="Arial" w:cs="Arial"/>
          <w:b/>
          <w:bCs/>
          <w:sz w:val="24"/>
        </w:rPr>
        <w:tab/>
      </w:r>
      <w:r w:rsidR="00F87E8C">
        <w:rPr>
          <w:rFonts w:ascii="Arial" w:hAnsi="Arial" w:cs="Arial"/>
          <w:b/>
          <w:bCs/>
          <w:sz w:val="24"/>
        </w:rPr>
        <w:t>Public comments and statements.</w:t>
      </w:r>
    </w:p>
    <w:p w14:paraId="07158264" w14:textId="77777777" w:rsidR="00F87E8C" w:rsidRDefault="00F87E8C" w:rsidP="0099758B">
      <w:pPr>
        <w:spacing w:after="0"/>
        <w:ind w:left="142" w:right="-1"/>
        <w:rPr>
          <w:rFonts w:ascii="Arial" w:hAnsi="Arial" w:cs="Arial"/>
          <w:b/>
          <w:bCs/>
          <w:sz w:val="24"/>
        </w:rPr>
      </w:pPr>
      <w:r w:rsidRPr="001C1662">
        <w:rPr>
          <w:rFonts w:ascii="Arial" w:hAnsi="Arial" w:cs="Arial"/>
          <w:sz w:val="24"/>
        </w:rPr>
        <w:t>The public may speak for a maximum of 10 minutes on items on the agenda or items that may be considered for a future agenda at the Chair’s discretion</w:t>
      </w:r>
      <w:r w:rsidRPr="001C1662">
        <w:rPr>
          <w:rFonts w:ascii="Arial" w:hAnsi="Arial" w:cs="Arial"/>
          <w:b/>
          <w:bCs/>
          <w:sz w:val="24"/>
        </w:rPr>
        <w:t>.</w:t>
      </w:r>
    </w:p>
    <w:p w14:paraId="5F37E4DB" w14:textId="77777777" w:rsidR="00F87E8C" w:rsidRPr="00EB2BF2" w:rsidRDefault="00F87E8C" w:rsidP="00EA2A0A">
      <w:pPr>
        <w:spacing w:after="0"/>
        <w:ind w:left="142" w:right="-1" w:hanging="1135"/>
        <w:rPr>
          <w:rFonts w:ascii="Arial" w:hAnsi="Arial" w:cs="Arial"/>
          <w:b/>
          <w:bCs/>
          <w:sz w:val="12"/>
          <w:szCs w:val="12"/>
        </w:rPr>
      </w:pPr>
    </w:p>
    <w:p w14:paraId="4B0A6881" w14:textId="59814176" w:rsidR="003648A9" w:rsidRDefault="00AC4D60" w:rsidP="000A0BAA">
      <w:pPr>
        <w:spacing w:after="0"/>
        <w:ind w:left="142" w:right="-335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11</w:t>
      </w:r>
      <w:r w:rsidR="00B55DAD">
        <w:rPr>
          <w:rFonts w:ascii="Arial" w:hAnsi="Arial" w:cs="Arial"/>
          <w:b/>
          <w:bCs/>
          <w:sz w:val="24"/>
        </w:rPr>
        <w:t>9</w:t>
      </w:r>
      <w:r w:rsidR="00F87E8C">
        <w:rPr>
          <w:rFonts w:ascii="Arial" w:hAnsi="Arial" w:cs="Arial"/>
          <w:b/>
          <w:bCs/>
          <w:sz w:val="24"/>
        </w:rPr>
        <w:t>.</w:t>
      </w:r>
      <w:r w:rsidR="00F87E8C" w:rsidRPr="0044025C">
        <w:rPr>
          <w:rFonts w:ascii="Arial" w:hAnsi="Arial" w:cs="Arial"/>
          <w:b/>
          <w:bCs/>
          <w:sz w:val="24"/>
        </w:rPr>
        <w:t>2</w:t>
      </w:r>
      <w:r w:rsidR="00B833F2">
        <w:rPr>
          <w:rFonts w:ascii="Arial" w:hAnsi="Arial" w:cs="Arial"/>
          <w:b/>
          <w:bCs/>
          <w:sz w:val="24"/>
        </w:rPr>
        <w:t>6</w:t>
      </w:r>
      <w:r w:rsidR="00F87E8C">
        <w:rPr>
          <w:rFonts w:ascii="Arial" w:hAnsi="Arial" w:cs="Arial"/>
          <w:b/>
          <w:bCs/>
          <w:sz w:val="24"/>
        </w:rPr>
        <w:tab/>
      </w:r>
      <w:r w:rsidR="00F87E8C" w:rsidRPr="00E87BEC">
        <w:rPr>
          <w:rFonts w:ascii="Arial" w:hAnsi="Arial" w:cs="Arial"/>
          <w:b/>
          <w:bCs/>
          <w:sz w:val="24"/>
        </w:rPr>
        <w:t>To receive and approve the minutes of the previous meeting</w:t>
      </w:r>
      <w:r w:rsidR="00456B30">
        <w:rPr>
          <w:rFonts w:ascii="Arial" w:hAnsi="Arial" w:cs="Arial"/>
          <w:b/>
          <w:bCs/>
          <w:sz w:val="24"/>
        </w:rPr>
        <w:t>s</w:t>
      </w:r>
      <w:r w:rsidR="00B55DAD">
        <w:rPr>
          <w:rFonts w:ascii="Arial" w:hAnsi="Arial" w:cs="Arial"/>
          <w:b/>
          <w:bCs/>
          <w:sz w:val="24"/>
        </w:rPr>
        <w:t>,</w:t>
      </w:r>
      <w:r w:rsidR="003648A9">
        <w:rPr>
          <w:rFonts w:ascii="Arial" w:hAnsi="Arial" w:cs="Arial"/>
          <w:b/>
          <w:bCs/>
          <w:sz w:val="24"/>
        </w:rPr>
        <w:t xml:space="preserve"> </w:t>
      </w:r>
      <w:r w:rsidR="004D3849">
        <w:rPr>
          <w:rFonts w:ascii="Arial" w:hAnsi="Arial" w:cs="Arial"/>
          <w:b/>
          <w:bCs/>
          <w:sz w:val="24"/>
        </w:rPr>
        <w:t>14</w:t>
      </w:r>
      <w:r w:rsidR="005A26BD" w:rsidRPr="005A26BD">
        <w:rPr>
          <w:rFonts w:ascii="Arial" w:hAnsi="Arial" w:cs="Arial"/>
          <w:b/>
          <w:bCs/>
          <w:sz w:val="24"/>
          <w:vertAlign w:val="superscript"/>
        </w:rPr>
        <w:t>th</w:t>
      </w:r>
      <w:r w:rsidR="005A26BD">
        <w:rPr>
          <w:rFonts w:ascii="Arial" w:hAnsi="Arial" w:cs="Arial"/>
          <w:b/>
          <w:bCs/>
          <w:sz w:val="24"/>
        </w:rPr>
        <w:t xml:space="preserve"> Ju</w:t>
      </w:r>
      <w:r w:rsidR="00FB1761">
        <w:rPr>
          <w:rFonts w:ascii="Arial" w:hAnsi="Arial" w:cs="Arial"/>
          <w:b/>
          <w:bCs/>
          <w:sz w:val="24"/>
        </w:rPr>
        <w:t>ly</w:t>
      </w:r>
      <w:r w:rsidR="003648A9">
        <w:rPr>
          <w:rFonts w:ascii="Arial" w:hAnsi="Arial" w:cs="Arial"/>
          <w:b/>
          <w:bCs/>
          <w:sz w:val="24"/>
        </w:rPr>
        <w:t xml:space="preserve"> 2026</w:t>
      </w:r>
      <w:r w:rsidR="00FB1761">
        <w:rPr>
          <w:rFonts w:ascii="Arial" w:hAnsi="Arial" w:cs="Arial"/>
          <w:b/>
          <w:bCs/>
          <w:sz w:val="24"/>
        </w:rPr>
        <w:t xml:space="preserve"> and 26</w:t>
      </w:r>
      <w:r w:rsidR="00FB1761" w:rsidRPr="00FB1761">
        <w:rPr>
          <w:rFonts w:ascii="Arial" w:hAnsi="Arial" w:cs="Arial"/>
          <w:b/>
          <w:bCs/>
          <w:sz w:val="24"/>
          <w:vertAlign w:val="superscript"/>
        </w:rPr>
        <w:t>th</w:t>
      </w:r>
      <w:r w:rsidR="00FB1761">
        <w:rPr>
          <w:rFonts w:ascii="Arial" w:hAnsi="Arial" w:cs="Arial"/>
          <w:b/>
          <w:bCs/>
          <w:sz w:val="24"/>
        </w:rPr>
        <w:t xml:space="preserve"> August 2026</w:t>
      </w:r>
      <w:r w:rsidR="00753F87">
        <w:rPr>
          <w:rFonts w:ascii="Arial" w:hAnsi="Arial" w:cs="Arial"/>
          <w:b/>
          <w:bCs/>
          <w:sz w:val="24"/>
        </w:rPr>
        <w:t>.</w:t>
      </w:r>
      <w:r w:rsidR="00F87E8C">
        <w:rPr>
          <w:rFonts w:ascii="Arial" w:hAnsi="Arial" w:cs="Arial"/>
          <w:b/>
          <w:bCs/>
          <w:sz w:val="24"/>
        </w:rPr>
        <w:t xml:space="preserve"> </w:t>
      </w:r>
      <w:r w:rsidR="00F87E8C" w:rsidRPr="00E87BEC">
        <w:rPr>
          <w:rFonts w:ascii="Arial" w:hAnsi="Arial" w:cs="Arial"/>
          <w:b/>
          <w:bCs/>
          <w:sz w:val="24"/>
        </w:rPr>
        <w:t xml:space="preserve"> </w:t>
      </w:r>
    </w:p>
    <w:p w14:paraId="2DDAC44D" w14:textId="77777777" w:rsidR="001B33C4" w:rsidRPr="001B33C4" w:rsidRDefault="001B33C4" w:rsidP="00B55DAD">
      <w:pPr>
        <w:spacing w:after="0"/>
        <w:ind w:left="142" w:right="-858" w:hanging="1135"/>
        <w:rPr>
          <w:rFonts w:ascii="Arial" w:hAnsi="Arial" w:cs="Arial"/>
          <w:b/>
          <w:bCs/>
          <w:sz w:val="12"/>
          <w:szCs w:val="12"/>
        </w:rPr>
      </w:pPr>
    </w:p>
    <w:p w14:paraId="1F1E0107" w14:textId="644073AC" w:rsidR="006F07C2" w:rsidRPr="00B55DAD" w:rsidRDefault="006F07C2" w:rsidP="00B55DAD">
      <w:pPr>
        <w:spacing w:after="0"/>
        <w:ind w:left="142" w:right="-858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20</w:t>
      </w:r>
      <w:r>
        <w:rPr>
          <w:rFonts w:ascii="Arial" w:hAnsi="Arial" w:cs="Arial"/>
          <w:b/>
          <w:bCs/>
          <w:sz w:val="24"/>
        </w:rPr>
        <w:t>.26</w:t>
      </w:r>
      <w:r w:rsidR="00B77C6A">
        <w:rPr>
          <w:rFonts w:ascii="Arial" w:hAnsi="Arial" w:cs="Arial"/>
          <w:b/>
          <w:bCs/>
          <w:sz w:val="24"/>
        </w:rPr>
        <w:tab/>
      </w:r>
      <w:r w:rsidR="00E83022">
        <w:rPr>
          <w:rFonts w:ascii="Arial" w:hAnsi="Arial" w:cs="Arial"/>
          <w:b/>
          <w:bCs/>
          <w:sz w:val="24"/>
        </w:rPr>
        <w:t>To consider the co-option of a new</w:t>
      </w:r>
      <w:r w:rsidR="003C36E4">
        <w:rPr>
          <w:rFonts w:ascii="Arial" w:hAnsi="Arial" w:cs="Arial"/>
          <w:b/>
          <w:bCs/>
          <w:sz w:val="24"/>
        </w:rPr>
        <w:t xml:space="preserve"> </w:t>
      </w:r>
      <w:r w:rsidR="00E83022">
        <w:rPr>
          <w:rFonts w:ascii="Arial" w:hAnsi="Arial" w:cs="Arial"/>
          <w:b/>
          <w:bCs/>
          <w:sz w:val="24"/>
        </w:rPr>
        <w:t>Town Councillor.</w:t>
      </w:r>
    </w:p>
    <w:p w14:paraId="68E2E8D5" w14:textId="77777777" w:rsidR="00F87E8C" w:rsidRPr="00EB2BF2" w:rsidRDefault="00F87E8C" w:rsidP="00EA2A0A">
      <w:pPr>
        <w:spacing w:after="0"/>
        <w:ind w:left="142" w:right="-1" w:hanging="1135"/>
        <w:rPr>
          <w:rFonts w:ascii="Arial" w:hAnsi="Arial" w:cs="Arial"/>
          <w:b/>
          <w:bCs/>
          <w:sz w:val="12"/>
          <w:szCs w:val="12"/>
        </w:rPr>
      </w:pPr>
    </w:p>
    <w:p w14:paraId="0FBFDAC9" w14:textId="167D6C93" w:rsidR="00F87E8C" w:rsidRDefault="00B55DAD" w:rsidP="00EA2A0A">
      <w:pPr>
        <w:spacing w:after="0"/>
        <w:ind w:left="14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21</w:t>
      </w:r>
      <w:r w:rsidR="00F87E8C">
        <w:rPr>
          <w:rFonts w:ascii="Arial" w:hAnsi="Arial" w:cs="Arial"/>
          <w:b/>
          <w:bCs/>
          <w:sz w:val="24"/>
        </w:rPr>
        <w:t>.2</w:t>
      </w:r>
      <w:r w:rsidR="00B833F2">
        <w:rPr>
          <w:rFonts w:ascii="Arial" w:hAnsi="Arial" w:cs="Arial"/>
          <w:b/>
          <w:bCs/>
          <w:sz w:val="24"/>
        </w:rPr>
        <w:t>6</w:t>
      </w:r>
      <w:r w:rsidR="00F87E8C">
        <w:rPr>
          <w:rFonts w:ascii="Arial" w:hAnsi="Arial" w:cs="Arial"/>
          <w:b/>
          <w:bCs/>
          <w:sz w:val="24"/>
        </w:rPr>
        <w:tab/>
        <w:t xml:space="preserve">To receive the </w:t>
      </w:r>
      <w:r w:rsidR="00C65F80">
        <w:rPr>
          <w:rFonts w:ascii="Arial" w:hAnsi="Arial" w:cs="Arial"/>
          <w:b/>
          <w:bCs/>
          <w:sz w:val="24"/>
        </w:rPr>
        <w:t>Mayor’s</w:t>
      </w:r>
      <w:r w:rsidR="00F87E8C">
        <w:rPr>
          <w:rFonts w:ascii="Arial" w:hAnsi="Arial" w:cs="Arial"/>
          <w:b/>
          <w:bCs/>
          <w:sz w:val="24"/>
        </w:rPr>
        <w:t xml:space="preserve"> report</w:t>
      </w:r>
      <w:r w:rsidR="00EF5458">
        <w:rPr>
          <w:rFonts w:ascii="Arial" w:hAnsi="Arial" w:cs="Arial"/>
          <w:b/>
          <w:bCs/>
          <w:sz w:val="24"/>
        </w:rPr>
        <w:t>.</w:t>
      </w:r>
    </w:p>
    <w:p w14:paraId="7568CF0B" w14:textId="77777777" w:rsidR="00964E61" w:rsidRPr="00964E61" w:rsidRDefault="00964E61" w:rsidP="00EA2A0A">
      <w:pPr>
        <w:spacing w:after="0"/>
        <w:ind w:left="141" w:hanging="1135"/>
        <w:rPr>
          <w:rFonts w:ascii="Arial" w:hAnsi="Arial" w:cs="Arial"/>
          <w:b/>
          <w:bCs/>
          <w:sz w:val="12"/>
          <w:szCs w:val="12"/>
        </w:rPr>
      </w:pPr>
    </w:p>
    <w:p w14:paraId="199074A9" w14:textId="561E444D" w:rsidR="00964E61" w:rsidRDefault="00964E61" w:rsidP="00EA2A0A">
      <w:pPr>
        <w:spacing w:after="0"/>
        <w:ind w:left="14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22</w:t>
      </w:r>
      <w:r>
        <w:rPr>
          <w:rFonts w:ascii="Arial" w:hAnsi="Arial" w:cs="Arial"/>
          <w:b/>
          <w:bCs/>
          <w:sz w:val="24"/>
        </w:rPr>
        <w:t>.26</w:t>
      </w:r>
      <w:r>
        <w:rPr>
          <w:rFonts w:ascii="Arial" w:hAnsi="Arial" w:cs="Arial"/>
          <w:b/>
          <w:bCs/>
          <w:sz w:val="24"/>
        </w:rPr>
        <w:tab/>
        <w:t xml:space="preserve">To receive the Clerk’s report. </w:t>
      </w:r>
    </w:p>
    <w:p w14:paraId="4E39035F" w14:textId="77777777" w:rsidR="00F87E8C" w:rsidRPr="00B66E96" w:rsidRDefault="00F87E8C" w:rsidP="00EA2A0A">
      <w:pPr>
        <w:spacing w:after="0"/>
        <w:ind w:left="141" w:hanging="1135"/>
        <w:rPr>
          <w:rFonts w:ascii="Arial" w:hAnsi="Arial" w:cs="Arial"/>
          <w:b/>
          <w:bCs/>
          <w:sz w:val="12"/>
          <w:szCs w:val="12"/>
        </w:rPr>
      </w:pPr>
    </w:p>
    <w:p w14:paraId="7C432FBF" w14:textId="298CB6B3" w:rsidR="00F87E8C" w:rsidRDefault="00964E61" w:rsidP="00EA2A0A">
      <w:pPr>
        <w:spacing w:after="0"/>
        <w:ind w:left="14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23</w:t>
      </w:r>
      <w:r w:rsidR="00F87E8C">
        <w:rPr>
          <w:rFonts w:ascii="Arial" w:hAnsi="Arial" w:cs="Arial"/>
          <w:b/>
          <w:bCs/>
          <w:sz w:val="24"/>
        </w:rPr>
        <w:t>.2</w:t>
      </w:r>
      <w:r w:rsidR="00782D10">
        <w:rPr>
          <w:rFonts w:ascii="Arial" w:hAnsi="Arial" w:cs="Arial"/>
          <w:b/>
          <w:bCs/>
          <w:sz w:val="24"/>
        </w:rPr>
        <w:t>6</w:t>
      </w:r>
      <w:r w:rsidR="00F87E8C">
        <w:rPr>
          <w:rFonts w:ascii="Arial" w:hAnsi="Arial" w:cs="Arial"/>
          <w:b/>
          <w:bCs/>
          <w:sz w:val="24"/>
        </w:rPr>
        <w:tab/>
        <w:t xml:space="preserve">To receive the Police report. </w:t>
      </w:r>
    </w:p>
    <w:p w14:paraId="388BA33B" w14:textId="77777777" w:rsidR="00F87E8C" w:rsidRPr="00EB2BF2" w:rsidRDefault="00F87E8C" w:rsidP="00EA2A0A">
      <w:pPr>
        <w:spacing w:after="0"/>
        <w:ind w:left="142" w:right="-1" w:hanging="1135"/>
        <w:rPr>
          <w:rFonts w:ascii="Arial" w:hAnsi="Arial" w:cs="Arial"/>
          <w:b/>
          <w:bCs/>
          <w:sz w:val="12"/>
          <w:szCs w:val="12"/>
        </w:rPr>
      </w:pPr>
    </w:p>
    <w:p w14:paraId="6001D730" w14:textId="5B897701" w:rsidR="00F87E8C" w:rsidRDefault="00964E61" w:rsidP="00EA2A0A">
      <w:pPr>
        <w:spacing w:after="0"/>
        <w:ind w:left="142" w:right="-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24</w:t>
      </w:r>
      <w:r w:rsidR="00F87E8C">
        <w:rPr>
          <w:rFonts w:ascii="Arial" w:hAnsi="Arial" w:cs="Arial"/>
          <w:b/>
          <w:bCs/>
          <w:sz w:val="24"/>
        </w:rPr>
        <w:t>.2</w:t>
      </w:r>
      <w:r w:rsidR="00782D10">
        <w:rPr>
          <w:rFonts w:ascii="Arial" w:hAnsi="Arial" w:cs="Arial"/>
          <w:b/>
          <w:bCs/>
          <w:sz w:val="24"/>
        </w:rPr>
        <w:t>6</w:t>
      </w:r>
      <w:r w:rsidR="00F87E8C">
        <w:rPr>
          <w:rFonts w:ascii="Arial" w:hAnsi="Arial" w:cs="Arial"/>
          <w:b/>
          <w:bCs/>
          <w:sz w:val="24"/>
        </w:rPr>
        <w:tab/>
        <w:t xml:space="preserve">To receive the Devon County Council report. </w:t>
      </w:r>
    </w:p>
    <w:p w14:paraId="41A93497" w14:textId="77777777" w:rsidR="00F87E8C" w:rsidRPr="00EB2BF2" w:rsidRDefault="00F87E8C" w:rsidP="00EA2A0A">
      <w:pPr>
        <w:spacing w:after="0"/>
        <w:ind w:left="142" w:right="-1" w:hanging="1135"/>
        <w:rPr>
          <w:rFonts w:ascii="Arial" w:hAnsi="Arial" w:cs="Arial"/>
          <w:b/>
          <w:bCs/>
          <w:sz w:val="12"/>
          <w:szCs w:val="12"/>
        </w:rPr>
      </w:pPr>
    </w:p>
    <w:p w14:paraId="13534AC4" w14:textId="452036B2" w:rsidR="00F87E8C" w:rsidRDefault="00FA0470" w:rsidP="00EA2A0A">
      <w:pPr>
        <w:spacing w:after="0"/>
        <w:ind w:left="142" w:right="-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25</w:t>
      </w:r>
      <w:r w:rsidR="00782D10">
        <w:rPr>
          <w:rFonts w:ascii="Arial" w:hAnsi="Arial" w:cs="Arial"/>
          <w:b/>
          <w:bCs/>
          <w:sz w:val="24"/>
        </w:rPr>
        <w:t>.26</w:t>
      </w:r>
      <w:r w:rsidR="00F87E8C">
        <w:rPr>
          <w:rFonts w:ascii="Arial" w:hAnsi="Arial" w:cs="Arial"/>
          <w:b/>
          <w:bCs/>
          <w:sz w:val="24"/>
        </w:rPr>
        <w:tab/>
        <w:t>To receive the Teignbridge District Council report.</w:t>
      </w:r>
    </w:p>
    <w:p w14:paraId="63675DF1" w14:textId="77777777" w:rsidR="00C536BD" w:rsidRPr="003A339A" w:rsidRDefault="00C536BD" w:rsidP="003A339A">
      <w:pPr>
        <w:tabs>
          <w:tab w:val="left" w:pos="284"/>
        </w:tabs>
        <w:spacing w:after="0"/>
        <w:ind w:right="-716"/>
        <w:rPr>
          <w:rFonts w:ascii="Arial" w:hAnsi="Arial" w:cs="Arial"/>
          <w:color w:val="EE0000"/>
          <w:sz w:val="12"/>
          <w:szCs w:val="12"/>
        </w:rPr>
      </w:pPr>
    </w:p>
    <w:p w14:paraId="447B59E9" w14:textId="2987D03E" w:rsidR="007D270B" w:rsidRDefault="00B63AA4" w:rsidP="00260F34">
      <w:pPr>
        <w:pStyle w:val="ListParagraph"/>
        <w:spacing w:after="0"/>
        <w:ind w:left="142" w:right="-716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26</w:t>
      </w:r>
      <w:r w:rsidR="000C0B43">
        <w:rPr>
          <w:rFonts w:ascii="Arial" w:hAnsi="Arial" w:cs="Arial"/>
          <w:b/>
          <w:bCs/>
          <w:sz w:val="24"/>
        </w:rPr>
        <w:t xml:space="preserve">.26    </w:t>
      </w:r>
      <w:r w:rsidR="00C536BD">
        <w:rPr>
          <w:rFonts w:ascii="Arial" w:hAnsi="Arial" w:cs="Arial"/>
          <w:b/>
          <w:bCs/>
          <w:sz w:val="24"/>
        </w:rPr>
        <w:t xml:space="preserve"> </w:t>
      </w:r>
      <w:r w:rsidR="00546E79">
        <w:rPr>
          <w:rFonts w:ascii="Arial" w:hAnsi="Arial" w:cs="Arial"/>
          <w:b/>
          <w:bCs/>
          <w:sz w:val="24"/>
        </w:rPr>
        <w:t xml:space="preserve"> </w:t>
      </w:r>
      <w:r w:rsidR="00742D5A" w:rsidRPr="007D270B">
        <w:rPr>
          <w:rFonts w:ascii="Arial" w:hAnsi="Arial" w:cs="Arial"/>
          <w:b/>
          <w:bCs/>
          <w:sz w:val="24"/>
        </w:rPr>
        <w:t xml:space="preserve">To receive the report from the Chair of the Finance and Town Hall </w:t>
      </w:r>
      <w:r w:rsidR="00A945CE" w:rsidRPr="007D270B">
        <w:rPr>
          <w:rFonts w:ascii="Arial" w:hAnsi="Arial" w:cs="Arial"/>
          <w:b/>
          <w:bCs/>
          <w:sz w:val="24"/>
        </w:rPr>
        <w:t xml:space="preserve">Buildings </w:t>
      </w:r>
      <w:r w:rsidR="00A945CE">
        <w:rPr>
          <w:rFonts w:ascii="Arial" w:hAnsi="Arial" w:cs="Arial"/>
          <w:b/>
          <w:bCs/>
          <w:sz w:val="24"/>
        </w:rPr>
        <w:t>committee</w:t>
      </w:r>
      <w:r w:rsidR="00742D5A" w:rsidRPr="007D270B">
        <w:rPr>
          <w:rFonts w:ascii="Arial" w:hAnsi="Arial" w:cs="Arial"/>
          <w:b/>
          <w:bCs/>
          <w:sz w:val="24"/>
        </w:rPr>
        <w:t>.</w:t>
      </w:r>
    </w:p>
    <w:p w14:paraId="10BD761E" w14:textId="77777777" w:rsidR="00E83F75" w:rsidRPr="000C0B43" w:rsidRDefault="00E83F75" w:rsidP="000C2A6C">
      <w:pPr>
        <w:pStyle w:val="ListParagraph"/>
        <w:spacing w:after="0"/>
        <w:ind w:left="-993" w:right="-716"/>
        <w:rPr>
          <w:rFonts w:ascii="Arial" w:hAnsi="Arial" w:cs="Arial"/>
          <w:b/>
          <w:sz w:val="12"/>
          <w:szCs w:val="12"/>
        </w:rPr>
      </w:pPr>
    </w:p>
    <w:p w14:paraId="00084A4E" w14:textId="28A174A9" w:rsidR="003A339A" w:rsidRDefault="003A339A" w:rsidP="00032BDF">
      <w:pPr>
        <w:pStyle w:val="ListParagraph"/>
        <w:spacing w:after="0"/>
        <w:ind w:left="142" w:right="-716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27</w:t>
      </w:r>
      <w:r>
        <w:rPr>
          <w:rFonts w:ascii="Arial" w:hAnsi="Arial" w:cs="Arial"/>
          <w:b/>
          <w:bCs/>
          <w:sz w:val="24"/>
        </w:rPr>
        <w:t xml:space="preserve">.26 </w:t>
      </w:r>
      <w:r>
        <w:rPr>
          <w:rFonts w:ascii="Arial" w:hAnsi="Arial" w:cs="Arial"/>
          <w:b/>
          <w:bCs/>
          <w:sz w:val="24"/>
        </w:rPr>
        <w:tab/>
        <w:t xml:space="preserve">To receive the report from the </w:t>
      </w:r>
      <w:r w:rsidR="00DC0FD8">
        <w:rPr>
          <w:rFonts w:ascii="Arial" w:hAnsi="Arial" w:cs="Arial"/>
          <w:b/>
          <w:bCs/>
          <w:sz w:val="24"/>
        </w:rPr>
        <w:t xml:space="preserve">Chair </w:t>
      </w:r>
      <w:r w:rsidR="00625B15">
        <w:rPr>
          <w:rFonts w:ascii="Arial" w:hAnsi="Arial" w:cs="Arial"/>
          <w:b/>
          <w:bCs/>
          <w:sz w:val="24"/>
        </w:rPr>
        <w:t xml:space="preserve">of the </w:t>
      </w:r>
      <w:r w:rsidR="005C0C68">
        <w:rPr>
          <w:rFonts w:ascii="Arial" w:hAnsi="Arial" w:cs="Arial"/>
          <w:b/>
          <w:bCs/>
          <w:sz w:val="24"/>
        </w:rPr>
        <w:t>Pla</w:t>
      </w:r>
      <w:r w:rsidR="00CF2E77">
        <w:rPr>
          <w:rFonts w:ascii="Arial" w:hAnsi="Arial" w:cs="Arial"/>
          <w:b/>
          <w:bCs/>
          <w:sz w:val="24"/>
        </w:rPr>
        <w:t xml:space="preserve">nning </w:t>
      </w:r>
      <w:r w:rsidR="00625B15">
        <w:rPr>
          <w:rFonts w:ascii="Arial" w:hAnsi="Arial" w:cs="Arial"/>
          <w:b/>
          <w:bCs/>
          <w:sz w:val="24"/>
        </w:rPr>
        <w:t>committee</w:t>
      </w:r>
      <w:r>
        <w:rPr>
          <w:rFonts w:ascii="Arial" w:hAnsi="Arial" w:cs="Arial"/>
          <w:b/>
          <w:bCs/>
          <w:sz w:val="24"/>
        </w:rPr>
        <w:t>.</w:t>
      </w:r>
    </w:p>
    <w:p w14:paraId="5AE79C70" w14:textId="77777777" w:rsidR="003E0654" w:rsidRPr="00EF2AFF" w:rsidRDefault="003E0654" w:rsidP="00032BDF">
      <w:pPr>
        <w:pStyle w:val="ListParagraph"/>
        <w:spacing w:after="0"/>
        <w:ind w:left="142" w:right="-716" w:hanging="1135"/>
        <w:rPr>
          <w:rFonts w:ascii="Arial" w:hAnsi="Arial" w:cs="Arial"/>
          <w:b/>
          <w:bCs/>
          <w:sz w:val="12"/>
          <w:szCs w:val="12"/>
        </w:rPr>
      </w:pPr>
    </w:p>
    <w:p w14:paraId="1D710C29" w14:textId="7B2CF9D0" w:rsidR="002073C8" w:rsidRDefault="00AC4D60" w:rsidP="00032BDF">
      <w:pPr>
        <w:pStyle w:val="ListParagraph"/>
        <w:spacing w:after="0"/>
        <w:ind w:left="142" w:right="-716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128.26</w:t>
      </w:r>
      <w:r w:rsidR="002073C8">
        <w:rPr>
          <w:rFonts w:ascii="Arial" w:hAnsi="Arial" w:cs="Arial"/>
          <w:b/>
          <w:bCs/>
          <w:sz w:val="24"/>
        </w:rPr>
        <w:tab/>
      </w:r>
      <w:r w:rsidR="002073C8">
        <w:rPr>
          <w:rFonts w:ascii="Arial" w:hAnsi="Arial" w:cs="Arial"/>
          <w:b/>
          <w:bCs/>
          <w:sz w:val="24"/>
        </w:rPr>
        <w:t xml:space="preserve">To receive the report from the Chair of the </w:t>
      </w:r>
      <w:r w:rsidR="002073C8">
        <w:rPr>
          <w:rFonts w:ascii="Arial" w:hAnsi="Arial" w:cs="Arial"/>
          <w:b/>
          <w:bCs/>
          <w:sz w:val="24"/>
        </w:rPr>
        <w:t>General Purposes committee</w:t>
      </w:r>
      <w:r w:rsidR="002073C8">
        <w:rPr>
          <w:rFonts w:ascii="Arial" w:hAnsi="Arial" w:cs="Arial"/>
          <w:b/>
          <w:bCs/>
          <w:sz w:val="24"/>
        </w:rPr>
        <w:t>.</w:t>
      </w:r>
    </w:p>
    <w:p w14:paraId="48A8A570" w14:textId="77777777" w:rsidR="00EB06AE" w:rsidRPr="003C36E4" w:rsidRDefault="00EB06AE" w:rsidP="00032BDF">
      <w:pPr>
        <w:pStyle w:val="ListParagraph"/>
        <w:spacing w:after="0"/>
        <w:ind w:left="142" w:right="-716" w:hanging="1135"/>
        <w:rPr>
          <w:rFonts w:ascii="Arial" w:hAnsi="Arial" w:cs="Arial"/>
          <w:b/>
          <w:bCs/>
          <w:sz w:val="12"/>
          <w:szCs w:val="12"/>
        </w:rPr>
      </w:pPr>
    </w:p>
    <w:p w14:paraId="054AE6C9" w14:textId="38B0FD0E" w:rsidR="00EB06AE" w:rsidRDefault="00A4227E" w:rsidP="00032BDF">
      <w:pPr>
        <w:pStyle w:val="ListParagraph"/>
        <w:spacing w:after="0"/>
        <w:ind w:left="142" w:right="-716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29</w:t>
      </w:r>
      <w:r>
        <w:rPr>
          <w:rFonts w:ascii="Arial" w:hAnsi="Arial" w:cs="Arial"/>
          <w:b/>
          <w:bCs/>
          <w:sz w:val="24"/>
        </w:rPr>
        <w:t>.26</w:t>
      </w:r>
      <w:r>
        <w:rPr>
          <w:rFonts w:ascii="Arial" w:hAnsi="Arial" w:cs="Arial"/>
          <w:b/>
          <w:bCs/>
          <w:sz w:val="24"/>
        </w:rPr>
        <w:tab/>
        <w:t xml:space="preserve">To receive </w:t>
      </w:r>
      <w:r w:rsidR="00CF2E77">
        <w:rPr>
          <w:rFonts w:ascii="Arial" w:hAnsi="Arial" w:cs="Arial"/>
          <w:b/>
          <w:bCs/>
          <w:sz w:val="24"/>
        </w:rPr>
        <w:t>an update on the A</w:t>
      </w:r>
      <w:r w:rsidR="00F06436">
        <w:rPr>
          <w:rFonts w:ascii="Arial" w:hAnsi="Arial" w:cs="Arial"/>
          <w:b/>
          <w:bCs/>
          <w:sz w:val="24"/>
        </w:rPr>
        <w:t>sset</w:t>
      </w:r>
      <w:r w:rsidR="00CF2E77">
        <w:rPr>
          <w:rFonts w:ascii="Arial" w:hAnsi="Arial" w:cs="Arial"/>
          <w:b/>
          <w:bCs/>
          <w:sz w:val="24"/>
        </w:rPr>
        <w:t xml:space="preserve"> Trans</w:t>
      </w:r>
      <w:r w:rsidR="00F06436">
        <w:rPr>
          <w:rFonts w:ascii="Arial" w:hAnsi="Arial" w:cs="Arial"/>
          <w:b/>
          <w:bCs/>
          <w:sz w:val="24"/>
        </w:rPr>
        <w:t>fer</w:t>
      </w:r>
      <w:r w:rsidR="00CF2E77">
        <w:rPr>
          <w:rFonts w:ascii="Arial" w:hAnsi="Arial" w:cs="Arial"/>
          <w:b/>
          <w:bCs/>
          <w:sz w:val="24"/>
        </w:rPr>
        <w:t xml:space="preserve"> process. </w:t>
      </w:r>
    </w:p>
    <w:p w14:paraId="0D60F1C4" w14:textId="77777777" w:rsidR="00D75A15" w:rsidRPr="000C0B43" w:rsidRDefault="00D75A15" w:rsidP="00032BDF">
      <w:pPr>
        <w:pStyle w:val="ListParagraph"/>
        <w:spacing w:after="0"/>
        <w:ind w:left="142" w:right="-716" w:hanging="1135"/>
        <w:rPr>
          <w:rFonts w:ascii="Arial" w:hAnsi="Arial" w:cs="Arial"/>
          <w:b/>
          <w:bCs/>
          <w:sz w:val="12"/>
          <w:szCs w:val="12"/>
        </w:rPr>
      </w:pPr>
    </w:p>
    <w:p w14:paraId="2F6B5F98" w14:textId="276EFAC5" w:rsidR="00050C4A" w:rsidRDefault="00F021A4" w:rsidP="00EA2A0A">
      <w:pPr>
        <w:pStyle w:val="ListParagraph"/>
        <w:spacing w:after="0"/>
        <w:ind w:left="142" w:right="-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30</w:t>
      </w:r>
      <w:r w:rsidR="00716A2D">
        <w:rPr>
          <w:rFonts w:ascii="Arial" w:hAnsi="Arial" w:cs="Arial"/>
          <w:b/>
          <w:bCs/>
          <w:sz w:val="24"/>
        </w:rPr>
        <w:t>.26</w:t>
      </w:r>
      <w:r w:rsidR="00F87E8C" w:rsidRPr="00682EF6">
        <w:rPr>
          <w:rFonts w:ascii="Arial" w:hAnsi="Arial" w:cs="Arial"/>
          <w:b/>
          <w:bCs/>
          <w:sz w:val="24"/>
        </w:rPr>
        <w:tab/>
      </w:r>
      <w:r w:rsidR="0032598E">
        <w:rPr>
          <w:rFonts w:ascii="Arial" w:hAnsi="Arial" w:cs="Arial"/>
          <w:b/>
          <w:bCs/>
          <w:sz w:val="24"/>
        </w:rPr>
        <w:t>To receive the Councillors’ reports of attendance at sub committees and meetings of other organisations.</w:t>
      </w:r>
    </w:p>
    <w:p w14:paraId="1DEA9814" w14:textId="77777777" w:rsidR="00050C4A" w:rsidRPr="00032BDF" w:rsidRDefault="00050C4A" w:rsidP="00EA2A0A">
      <w:pPr>
        <w:pStyle w:val="ListParagraph"/>
        <w:spacing w:after="0"/>
        <w:ind w:left="142" w:right="-1" w:hanging="1135"/>
        <w:rPr>
          <w:rFonts w:ascii="Arial" w:hAnsi="Arial" w:cs="Arial"/>
          <w:b/>
          <w:sz w:val="12"/>
          <w:szCs w:val="12"/>
        </w:rPr>
      </w:pPr>
    </w:p>
    <w:p w14:paraId="040E46CA" w14:textId="2B35D826" w:rsidR="00F87E8C" w:rsidRDefault="00F021A4" w:rsidP="00EA2A0A">
      <w:pPr>
        <w:pStyle w:val="ListParagraph"/>
        <w:spacing w:after="0"/>
        <w:ind w:left="142" w:right="-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31</w:t>
      </w:r>
      <w:r w:rsidR="00050C4A">
        <w:rPr>
          <w:rFonts w:ascii="Arial" w:hAnsi="Arial" w:cs="Arial"/>
          <w:b/>
          <w:bCs/>
          <w:sz w:val="24"/>
        </w:rPr>
        <w:t>.26</w:t>
      </w:r>
      <w:r w:rsidR="00050C4A">
        <w:rPr>
          <w:rFonts w:ascii="Arial" w:hAnsi="Arial" w:cs="Arial"/>
          <w:b/>
          <w:bCs/>
          <w:sz w:val="24"/>
        </w:rPr>
        <w:tab/>
        <w:t xml:space="preserve">To </w:t>
      </w:r>
      <w:r w:rsidR="00F87E8C" w:rsidRPr="00682EF6">
        <w:rPr>
          <w:rFonts w:ascii="Arial" w:hAnsi="Arial" w:cs="Arial"/>
          <w:b/>
          <w:bCs/>
          <w:sz w:val="24"/>
        </w:rPr>
        <w:t>suggest content for the Ashburton Town Council media post.</w:t>
      </w:r>
    </w:p>
    <w:p w14:paraId="32BE765F" w14:textId="77777777" w:rsidR="00F87E8C" w:rsidRPr="00EB2BF2" w:rsidRDefault="00F87E8C" w:rsidP="00EA2A0A">
      <w:pPr>
        <w:pStyle w:val="ListParagraph"/>
        <w:spacing w:after="0"/>
        <w:ind w:left="142" w:right="-1" w:hanging="1135"/>
        <w:rPr>
          <w:rFonts w:ascii="Arial" w:hAnsi="Arial" w:cs="Arial"/>
          <w:b/>
          <w:bCs/>
          <w:sz w:val="12"/>
          <w:szCs w:val="12"/>
        </w:rPr>
      </w:pPr>
    </w:p>
    <w:p w14:paraId="4FCFDCD3" w14:textId="052BFAAC" w:rsidR="00F87E8C" w:rsidRDefault="00D76E4B" w:rsidP="00EA2A0A">
      <w:pPr>
        <w:pStyle w:val="ListParagraph"/>
        <w:tabs>
          <w:tab w:val="left" w:pos="0"/>
        </w:tabs>
        <w:spacing w:after="0"/>
        <w:ind w:left="142" w:right="-1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1</w:t>
      </w:r>
      <w:r w:rsidR="00AC4D60">
        <w:rPr>
          <w:rFonts w:ascii="Arial" w:hAnsi="Arial" w:cs="Arial"/>
          <w:b/>
          <w:bCs/>
          <w:sz w:val="24"/>
        </w:rPr>
        <w:t>32</w:t>
      </w:r>
      <w:r w:rsidR="00716A2D">
        <w:rPr>
          <w:rFonts w:ascii="Arial" w:hAnsi="Arial" w:cs="Arial"/>
          <w:b/>
          <w:bCs/>
          <w:sz w:val="24"/>
        </w:rPr>
        <w:t>.26</w:t>
      </w:r>
      <w:r w:rsidR="00F87E8C" w:rsidRPr="00682EF6">
        <w:rPr>
          <w:rFonts w:ascii="Arial" w:hAnsi="Arial" w:cs="Arial"/>
          <w:b/>
          <w:bCs/>
          <w:sz w:val="24"/>
        </w:rPr>
        <w:tab/>
      </w:r>
      <w:r w:rsidR="00F87E8C" w:rsidRPr="00682EF6">
        <w:rPr>
          <w:rFonts w:ascii="Arial" w:hAnsi="Arial" w:cs="Arial"/>
          <w:b/>
          <w:bCs/>
          <w:sz w:val="24"/>
        </w:rPr>
        <w:tab/>
        <w:t>Matters raised by Councillors for information only or on a future agenda.</w:t>
      </w:r>
    </w:p>
    <w:p w14:paraId="43AE9049" w14:textId="77777777" w:rsidR="00316365" w:rsidRPr="00B66E96" w:rsidRDefault="00316365" w:rsidP="00EA2A0A">
      <w:pPr>
        <w:pStyle w:val="ListParagraph"/>
        <w:spacing w:after="0"/>
        <w:ind w:left="142" w:right="-1" w:hanging="1135"/>
        <w:rPr>
          <w:rFonts w:ascii="Arial" w:hAnsi="Arial" w:cs="Arial"/>
          <w:b/>
          <w:bCs/>
          <w:sz w:val="12"/>
          <w:szCs w:val="12"/>
        </w:rPr>
      </w:pPr>
    </w:p>
    <w:p w14:paraId="7B65B82D" w14:textId="2531AFE4" w:rsidR="00F87E8C" w:rsidRDefault="00F87E8C" w:rsidP="00EA2A0A">
      <w:pPr>
        <w:pStyle w:val="ListParagraph"/>
        <w:tabs>
          <w:tab w:val="left" w:pos="-284"/>
        </w:tabs>
        <w:spacing w:after="0"/>
        <w:ind w:left="0" w:right="-425" w:hanging="1135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ab/>
      </w:r>
      <w:r>
        <w:rPr>
          <w:rFonts w:ascii="Arial" w:hAnsi="Arial" w:cs="Arial"/>
          <w:b/>
          <w:bCs/>
          <w:sz w:val="24"/>
        </w:rPr>
        <w:tab/>
      </w:r>
      <w:r w:rsidR="00805D21">
        <w:rPr>
          <w:rFonts w:ascii="Arial" w:hAnsi="Arial" w:cs="Arial"/>
          <w:b/>
          <w:bCs/>
          <w:sz w:val="24"/>
        </w:rPr>
        <w:t>Lynn Travers-Howard</w:t>
      </w:r>
    </w:p>
    <w:p w14:paraId="18EFC603" w14:textId="77777777" w:rsidR="003B2944" w:rsidRDefault="00805D21" w:rsidP="009C0DF3">
      <w:pPr>
        <w:spacing w:after="0"/>
        <w:ind w:left="142" w:right="-1" w:hanging="1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Deput</w:t>
      </w:r>
      <w:r w:rsidR="00434D96">
        <w:rPr>
          <w:rFonts w:ascii="Arial" w:hAnsi="Arial" w:cs="Arial"/>
          <w:sz w:val="24"/>
        </w:rPr>
        <w:t>ising for Caroline Dodds</w:t>
      </w:r>
    </w:p>
    <w:p w14:paraId="08579DBF" w14:textId="3C77633D" w:rsidR="00F87E8C" w:rsidRPr="00B4432D" w:rsidRDefault="000912C9" w:rsidP="009C0DF3">
      <w:pPr>
        <w:spacing w:after="0"/>
        <w:ind w:left="142" w:right="-1" w:hanging="1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wi</w:t>
      </w:r>
      <w:r w:rsidR="00F87E8C">
        <w:rPr>
          <w:rFonts w:ascii="Arial" w:hAnsi="Arial" w:cs="Arial"/>
          <w:sz w:val="24"/>
        </w:rPr>
        <w:t xml:space="preserve">Town Clerk </w:t>
      </w:r>
      <w:r w:rsidR="00F87E8C">
        <w:rPr>
          <w:rFonts w:ascii="Arial" w:hAnsi="Arial" w:cs="Arial"/>
          <w:sz w:val="24"/>
        </w:rPr>
        <w:tab/>
      </w:r>
    </w:p>
    <w:p w14:paraId="7B5D6FF4" w14:textId="544D6943" w:rsidR="00F87E8C" w:rsidRDefault="00F87E8C" w:rsidP="009C0DF3">
      <w:pPr>
        <w:spacing w:after="0"/>
        <w:ind w:right="-1"/>
        <w:rPr>
          <w:rFonts w:ascii="Arial" w:hAnsi="Arial" w:cs="Arial"/>
          <w:b/>
          <w:bCs/>
          <w:sz w:val="24"/>
        </w:rPr>
      </w:pPr>
      <w:r w:rsidRPr="007645A0">
        <w:rPr>
          <w:rFonts w:ascii="Arial" w:hAnsi="Arial" w:cs="Arial"/>
          <w:b/>
          <w:bCs/>
          <w:sz w:val="24"/>
        </w:rPr>
        <w:t>Published:</w:t>
      </w:r>
      <w:r>
        <w:rPr>
          <w:rFonts w:ascii="Arial" w:hAnsi="Arial" w:cs="Arial"/>
          <w:b/>
          <w:bCs/>
          <w:sz w:val="24"/>
        </w:rPr>
        <w:t xml:space="preserve"> </w:t>
      </w:r>
      <w:r w:rsidR="00316365">
        <w:rPr>
          <w:rFonts w:ascii="Arial" w:hAnsi="Arial" w:cs="Arial"/>
          <w:b/>
          <w:bCs/>
          <w:sz w:val="24"/>
        </w:rPr>
        <w:t>0</w:t>
      </w:r>
      <w:r w:rsidR="00805D21">
        <w:rPr>
          <w:rFonts w:ascii="Arial" w:hAnsi="Arial" w:cs="Arial"/>
          <w:b/>
          <w:bCs/>
          <w:sz w:val="24"/>
        </w:rPr>
        <w:t>3</w:t>
      </w:r>
      <w:r w:rsidR="0078217E">
        <w:rPr>
          <w:rFonts w:ascii="Arial" w:hAnsi="Arial" w:cs="Arial"/>
          <w:b/>
          <w:bCs/>
          <w:sz w:val="24"/>
        </w:rPr>
        <w:t>/0</w:t>
      </w:r>
      <w:r w:rsidR="00805D21">
        <w:rPr>
          <w:rFonts w:ascii="Arial" w:hAnsi="Arial" w:cs="Arial"/>
          <w:b/>
          <w:bCs/>
          <w:sz w:val="24"/>
        </w:rPr>
        <w:t>9</w:t>
      </w:r>
      <w:r w:rsidR="00AE7E4C">
        <w:rPr>
          <w:rFonts w:ascii="Arial" w:hAnsi="Arial" w:cs="Arial"/>
          <w:b/>
          <w:bCs/>
          <w:sz w:val="24"/>
        </w:rPr>
        <w:t>/</w:t>
      </w:r>
      <w:r w:rsidR="003F5A42">
        <w:rPr>
          <w:rFonts w:ascii="Arial" w:hAnsi="Arial" w:cs="Arial"/>
          <w:b/>
          <w:bCs/>
          <w:sz w:val="24"/>
        </w:rPr>
        <w:t>2026</w:t>
      </w:r>
    </w:p>
    <w:p w14:paraId="4E59BD8C" w14:textId="77777777" w:rsidR="00316365" w:rsidRPr="00805D21" w:rsidRDefault="00316365" w:rsidP="00EA2A0A">
      <w:pPr>
        <w:spacing w:after="0"/>
        <w:ind w:left="142" w:right="-1" w:hanging="1135"/>
        <w:rPr>
          <w:rFonts w:ascii="Arial" w:hAnsi="Arial" w:cs="Arial"/>
          <w:sz w:val="12"/>
          <w:szCs w:val="12"/>
        </w:rPr>
      </w:pPr>
    </w:p>
    <w:p w14:paraId="39048BC7" w14:textId="41325CC2" w:rsidR="009C0DF3" w:rsidRDefault="00F87E8C" w:rsidP="009C0DF3">
      <w:pPr>
        <w:pStyle w:val="BodyText"/>
        <w:spacing w:after="0"/>
        <w:ind w:left="142" w:right="-1" w:hanging="1135"/>
        <w:jc w:val="center"/>
        <w:rPr>
          <w:rFonts w:ascii="Arial" w:hAnsi="Arial" w:cs="Arial"/>
          <w:spacing w:val="-1"/>
          <w:sz w:val="24"/>
          <w:szCs w:val="24"/>
        </w:rPr>
      </w:pPr>
      <w:r w:rsidRPr="00923209">
        <w:rPr>
          <w:rFonts w:ascii="Arial" w:hAnsi="Arial" w:cs="Arial"/>
          <w:sz w:val="24"/>
          <w:szCs w:val="24"/>
        </w:rPr>
        <w:t>THE</w:t>
      </w:r>
      <w:r w:rsidRPr="00923209">
        <w:rPr>
          <w:rFonts w:ascii="Arial" w:hAnsi="Arial" w:cs="Arial"/>
          <w:spacing w:val="1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2"/>
          <w:sz w:val="24"/>
          <w:szCs w:val="24"/>
        </w:rPr>
        <w:t>PUBLIC</w:t>
      </w:r>
      <w:r w:rsidRPr="00923209">
        <w:rPr>
          <w:rFonts w:ascii="Arial" w:hAnsi="Arial" w:cs="Arial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2"/>
          <w:sz w:val="24"/>
          <w:szCs w:val="24"/>
        </w:rPr>
        <w:t>AND</w:t>
      </w:r>
      <w:r w:rsidRPr="00923209">
        <w:rPr>
          <w:rFonts w:ascii="Arial" w:hAnsi="Arial" w:cs="Arial"/>
          <w:spacing w:val="-3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1"/>
          <w:sz w:val="24"/>
          <w:szCs w:val="24"/>
        </w:rPr>
        <w:t>PRESS</w:t>
      </w:r>
      <w:r w:rsidRPr="00923209">
        <w:rPr>
          <w:rFonts w:ascii="Arial" w:hAnsi="Arial" w:cs="Arial"/>
          <w:spacing w:val="1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2"/>
          <w:sz w:val="24"/>
          <w:szCs w:val="24"/>
        </w:rPr>
        <w:t>ARE</w:t>
      </w:r>
      <w:r w:rsidRPr="00923209">
        <w:rPr>
          <w:rFonts w:ascii="Arial" w:hAnsi="Arial" w:cs="Arial"/>
          <w:spacing w:val="1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2"/>
          <w:sz w:val="24"/>
          <w:szCs w:val="24"/>
        </w:rPr>
        <w:t>CORDIALLY</w:t>
      </w:r>
      <w:r w:rsidRPr="00923209">
        <w:rPr>
          <w:rFonts w:ascii="Arial" w:hAnsi="Arial" w:cs="Arial"/>
          <w:spacing w:val="1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2"/>
          <w:sz w:val="24"/>
          <w:szCs w:val="24"/>
        </w:rPr>
        <w:t>INVITED</w:t>
      </w:r>
      <w:r w:rsidRPr="00923209">
        <w:rPr>
          <w:rFonts w:ascii="Arial" w:hAnsi="Arial" w:cs="Arial"/>
          <w:spacing w:val="-5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1"/>
          <w:sz w:val="24"/>
          <w:szCs w:val="24"/>
        </w:rPr>
        <w:t>TO</w:t>
      </w:r>
      <w:r w:rsidRPr="00923209">
        <w:rPr>
          <w:rFonts w:ascii="Arial" w:hAnsi="Arial" w:cs="Arial"/>
          <w:spacing w:val="-2"/>
          <w:sz w:val="24"/>
          <w:szCs w:val="24"/>
        </w:rPr>
        <w:t xml:space="preserve"> BE</w:t>
      </w:r>
      <w:r w:rsidRPr="00923209">
        <w:rPr>
          <w:rFonts w:ascii="Arial" w:hAnsi="Arial" w:cs="Arial"/>
          <w:spacing w:val="1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1"/>
          <w:sz w:val="24"/>
          <w:szCs w:val="24"/>
        </w:rPr>
        <w:t>PRESENT</w:t>
      </w:r>
    </w:p>
    <w:p w14:paraId="0D4CE4B7" w14:textId="41CA2AA6" w:rsidR="00EE6533" w:rsidRPr="00923209" w:rsidRDefault="00F87E8C" w:rsidP="009C0DF3">
      <w:pPr>
        <w:pStyle w:val="BodyText"/>
        <w:spacing w:after="0"/>
        <w:ind w:left="142" w:right="-1" w:hanging="1135"/>
        <w:jc w:val="center"/>
        <w:rPr>
          <w:rFonts w:ascii="Arial" w:hAnsi="Arial" w:cs="Arial"/>
          <w:sz w:val="24"/>
          <w:szCs w:val="24"/>
        </w:rPr>
      </w:pPr>
      <w:r w:rsidRPr="00923209">
        <w:rPr>
          <w:rFonts w:ascii="Arial" w:hAnsi="Arial" w:cs="Arial"/>
          <w:spacing w:val="-2"/>
          <w:sz w:val="24"/>
          <w:szCs w:val="24"/>
        </w:rPr>
        <w:t>T</w:t>
      </w:r>
      <w:r w:rsidRPr="00923209">
        <w:rPr>
          <w:rFonts w:ascii="Arial" w:hAnsi="Arial" w:cs="Arial"/>
          <w:spacing w:val="-1"/>
          <w:sz w:val="24"/>
          <w:szCs w:val="24"/>
        </w:rPr>
        <w:t>here</w:t>
      </w:r>
      <w:r w:rsidRPr="00923209">
        <w:rPr>
          <w:rFonts w:ascii="Arial" w:hAnsi="Arial" w:cs="Arial"/>
          <w:spacing w:val="1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1"/>
          <w:sz w:val="24"/>
          <w:szCs w:val="24"/>
        </w:rPr>
        <w:t>is</w:t>
      </w:r>
      <w:r w:rsidRPr="00923209">
        <w:rPr>
          <w:rFonts w:ascii="Arial" w:hAnsi="Arial" w:cs="Arial"/>
          <w:spacing w:val="67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1"/>
          <w:sz w:val="24"/>
          <w:szCs w:val="24"/>
        </w:rPr>
        <w:t>limit</w:t>
      </w:r>
      <w:r w:rsidRPr="00923209">
        <w:rPr>
          <w:rFonts w:ascii="Arial" w:hAnsi="Arial" w:cs="Arial"/>
          <w:spacing w:val="1"/>
          <w:sz w:val="24"/>
          <w:szCs w:val="24"/>
        </w:rPr>
        <w:t xml:space="preserve">ed </w:t>
      </w:r>
      <w:r w:rsidRPr="00923209">
        <w:rPr>
          <w:rFonts w:ascii="Arial" w:hAnsi="Arial" w:cs="Arial"/>
          <w:spacing w:val="-1"/>
          <w:sz w:val="24"/>
          <w:szCs w:val="24"/>
        </w:rPr>
        <w:t>space</w:t>
      </w:r>
      <w:r w:rsidRPr="00923209">
        <w:rPr>
          <w:rFonts w:ascii="Arial" w:hAnsi="Arial" w:cs="Arial"/>
          <w:spacing w:val="-2"/>
          <w:sz w:val="24"/>
          <w:szCs w:val="24"/>
        </w:rPr>
        <w:t xml:space="preserve"> </w:t>
      </w:r>
      <w:r w:rsidRPr="00923209">
        <w:rPr>
          <w:rFonts w:ascii="Arial" w:hAnsi="Arial" w:cs="Arial"/>
          <w:sz w:val="24"/>
          <w:szCs w:val="24"/>
        </w:rPr>
        <w:t>so</w:t>
      </w:r>
      <w:r w:rsidRPr="00923209">
        <w:rPr>
          <w:rFonts w:ascii="Arial" w:hAnsi="Arial" w:cs="Arial"/>
          <w:spacing w:val="-1"/>
          <w:sz w:val="24"/>
          <w:szCs w:val="24"/>
        </w:rPr>
        <w:t xml:space="preserve"> please</w:t>
      </w:r>
      <w:r w:rsidRPr="00923209">
        <w:rPr>
          <w:rFonts w:ascii="Arial" w:hAnsi="Arial" w:cs="Arial"/>
          <w:spacing w:val="1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1"/>
          <w:sz w:val="24"/>
          <w:szCs w:val="24"/>
        </w:rPr>
        <w:t>email</w:t>
      </w:r>
      <w:r w:rsidRPr="00923209">
        <w:rPr>
          <w:rFonts w:ascii="Arial" w:hAnsi="Arial" w:cs="Arial"/>
          <w:sz w:val="24"/>
          <w:szCs w:val="24"/>
        </w:rPr>
        <w:t xml:space="preserve"> </w:t>
      </w:r>
      <w:r w:rsidRPr="00923209">
        <w:rPr>
          <w:rFonts w:ascii="Arial" w:hAnsi="Arial" w:cs="Arial"/>
          <w:color w:val="0000FF"/>
          <w:spacing w:val="-1"/>
          <w:sz w:val="24"/>
          <w:szCs w:val="24"/>
          <w:u w:val="single" w:color="0000FF"/>
        </w:rPr>
        <w:t xml:space="preserve">townclerk@ashburtontowncouncil.gov.uk </w:t>
      </w:r>
      <w:r w:rsidRPr="00923209">
        <w:rPr>
          <w:rFonts w:ascii="Arial" w:hAnsi="Arial" w:cs="Arial"/>
          <w:sz w:val="24"/>
          <w:szCs w:val="24"/>
        </w:rPr>
        <w:t>to</w:t>
      </w:r>
      <w:r w:rsidRPr="00923209">
        <w:rPr>
          <w:rFonts w:ascii="Arial" w:hAnsi="Arial" w:cs="Arial"/>
          <w:spacing w:val="1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1"/>
          <w:sz w:val="24"/>
          <w:szCs w:val="24"/>
        </w:rPr>
        <w:t xml:space="preserve">reserve </w:t>
      </w:r>
      <w:r w:rsidRPr="00923209">
        <w:rPr>
          <w:rFonts w:ascii="Arial" w:hAnsi="Arial" w:cs="Arial"/>
          <w:sz w:val="24"/>
          <w:szCs w:val="24"/>
        </w:rPr>
        <w:t>a</w:t>
      </w:r>
      <w:r w:rsidRPr="00923209">
        <w:rPr>
          <w:rFonts w:ascii="Arial" w:hAnsi="Arial" w:cs="Arial"/>
          <w:spacing w:val="1"/>
          <w:sz w:val="24"/>
          <w:szCs w:val="24"/>
        </w:rPr>
        <w:t xml:space="preserve"> </w:t>
      </w:r>
      <w:r w:rsidRPr="00923209">
        <w:rPr>
          <w:rFonts w:ascii="Arial" w:hAnsi="Arial" w:cs="Arial"/>
          <w:spacing w:val="-1"/>
          <w:sz w:val="24"/>
          <w:szCs w:val="24"/>
        </w:rPr>
        <w:t>seat</w:t>
      </w:r>
    </w:p>
    <w:sectPr w:rsidR="00EE6533" w:rsidRPr="00923209" w:rsidSect="00316365">
      <w:headerReference w:type="default" r:id="rId11"/>
      <w:pgSz w:w="11906" w:h="16838" w:code="9"/>
      <w:pgMar w:top="1118" w:right="1183" w:bottom="0" w:left="156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25A4C" w14:textId="77777777" w:rsidR="000672C6" w:rsidRDefault="000672C6">
      <w:pPr>
        <w:spacing w:after="0" w:line="240" w:lineRule="auto"/>
      </w:pPr>
      <w:r>
        <w:separator/>
      </w:r>
    </w:p>
  </w:endnote>
  <w:endnote w:type="continuationSeparator" w:id="0">
    <w:p w14:paraId="2E89464F" w14:textId="77777777" w:rsidR="000672C6" w:rsidRDefault="00067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4CA61" w14:textId="77777777" w:rsidR="000672C6" w:rsidRDefault="000672C6">
      <w:pPr>
        <w:spacing w:after="0" w:line="240" w:lineRule="auto"/>
      </w:pPr>
      <w:r>
        <w:separator/>
      </w:r>
    </w:p>
  </w:footnote>
  <w:footnote w:type="continuationSeparator" w:id="0">
    <w:p w14:paraId="0C0A4A25" w14:textId="77777777" w:rsidR="000672C6" w:rsidRDefault="00067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8" w:type="dxa"/>
      <w:tblInd w:w="-885" w:type="dxa"/>
      <w:tblLook w:val="04A0" w:firstRow="1" w:lastRow="0" w:firstColumn="1" w:lastColumn="0" w:noHBand="0" w:noVBand="1"/>
    </w:tblPr>
    <w:tblGrid>
      <w:gridCol w:w="4680"/>
      <w:gridCol w:w="6378"/>
    </w:tblGrid>
    <w:tr w:rsidR="00175D03" w:rsidRPr="003F5A42" w14:paraId="34E41871" w14:textId="77777777" w:rsidTr="00B431D7">
      <w:tc>
        <w:tcPr>
          <w:tcW w:w="4680" w:type="dxa"/>
          <w:tcBorders>
            <w:bottom w:val="single" w:sz="4" w:space="0" w:color="auto"/>
          </w:tcBorders>
        </w:tcPr>
        <w:p w14:paraId="2F5F69E7" w14:textId="77777777" w:rsidR="00175D03" w:rsidRDefault="00175D03">
          <w:r>
            <w:rPr>
              <w:noProof/>
            </w:rPr>
            <w:drawing>
              <wp:inline distT="0" distB="0" distL="0" distR="0" wp14:anchorId="340CAD2F" wp14:editId="655CB7FE">
                <wp:extent cx="1504950" cy="1532257"/>
                <wp:effectExtent l="0" t="0" r="0" b="0"/>
                <wp:docPr id="595993984" name="Picture 59599398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553BB9-8BA5-4961-8602-2EAEE6C150A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752d07b-de2d-431b-bca4-0759528fd9e7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9246" cy="15875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8" w:type="dxa"/>
          <w:tcBorders>
            <w:bottom w:val="single" w:sz="4" w:space="0" w:color="auto"/>
          </w:tcBorders>
        </w:tcPr>
        <w:p w14:paraId="7A6E89F2" w14:textId="77777777" w:rsidR="00175D03" w:rsidRPr="003F5A42" w:rsidRDefault="00175D03" w:rsidP="00875BE1">
          <w:pPr>
            <w:spacing w:after="0"/>
            <w:jc w:val="right"/>
            <w:rPr>
              <w:rFonts w:ascii="Monotype Corsiva" w:hAnsi="Monotype Corsiva"/>
              <w:sz w:val="24"/>
              <w:szCs w:val="24"/>
            </w:rPr>
          </w:pPr>
          <w:r w:rsidRPr="003F5A42">
            <w:rPr>
              <w:rFonts w:ascii="Old English Text MT" w:hAnsi="Old English Text MT"/>
              <w:b/>
              <w:sz w:val="40"/>
              <w:szCs w:val="40"/>
            </w:rPr>
            <w:t>Ashburton Town Council</w:t>
          </w:r>
          <w:r w:rsidRPr="003F5A42">
            <w:rPr>
              <w:b/>
              <w:sz w:val="24"/>
              <w:szCs w:val="24"/>
            </w:rPr>
            <w:br/>
          </w:r>
          <w:r w:rsidRPr="003F5A42">
            <w:rPr>
              <w:rFonts w:ascii="Monotype Corsiva" w:hAnsi="Monotype Corsiva"/>
              <w:sz w:val="24"/>
              <w:szCs w:val="24"/>
            </w:rPr>
            <w:t>Town Clerk: Ms. Caroline Dodds</w:t>
          </w:r>
        </w:p>
        <w:p w14:paraId="7DAF109B" w14:textId="77777777" w:rsidR="00175D03" w:rsidRPr="003F5A42" w:rsidRDefault="00175D03" w:rsidP="00875BE1">
          <w:pPr>
            <w:spacing w:after="0"/>
            <w:jc w:val="right"/>
            <w:rPr>
              <w:rFonts w:ascii="Monotype Corsiva" w:hAnsi="Monotype Corsiva"/>
              <w:sz w:val="24"/>
              <w:szCs w:val="24"/>
            </w:rPr>
          </w:pPr>
          <w:r w:rsidRPr="003F5A42">
            <w:rPr>
              <w:rFonts w:ascii="Monotype Corsiva" w:hAnsi="Monotype Corsiva"/>
              <w:sz w:val="24"/>
              <w:szCs w:val="24"/>
            </w:rPr>
            <w:t>Town Hall, North Street</w:t>
          </w:r>
          <w:r w:rsidRPr="003F5A42">
            <w:rPr>
              <w:rFonts w:ascii="Monotype Corsiva" w:hAnsi="Monotype Corsiva"/>
              <w:sz w:val="24"/>
              <w:szCs w:val="24"/>
            </w:rPr>
            <w:br/>
            <w:t>Ashburton, Devon TQ13 7QQ</w:t>
          </w:r>
          <w:r w:rsidRPr="003F5A42">
            <w:rPr>
              <w:rFonts w:ascii="Monotype Corsiva" w:hAnsi="Monotype Corsiva"/>
              <w:sz w:val="24"/>
              <w:szCs w:val="24"/>
            </w:rPr>
            <w:br/>
            <w:t xml:space="preserve">Tel: 01364 652142 </w:t>
          </w:r>
        </w:p>
        <w:p w14:paraId="401D08B7" w14:textId="77777777" w:rsidR="00175D03" w:rsidRPr="003F5A42" w:rsidRDefault="00175D03" w:rsidP="00875BE1">
          <w:pPr>
            <w:spacing w:after="0"/>
            <w:jc w:val="right"/>
            <w:rPr>
              <w:sz w:val="24"/>
              <w:szCs w:val="24"/>
            </w:rPr>
          </w:pPr>
          <w:r w:rsidRPr="003F5A42">
            <w:rPr>
              <w:rFonts w:ascii="Monotype Corsiva" w:hAnsi="Monotype Corsiva"/>
              <w:sz w:val="24"/>
              <w:szCs w:val="24"/>
            </w:rPr>
            <w:t>Email: townclerk@ashburtontowncouncil.gov.uk</w:t>
          </w:r>
          <w:r w:rsidRPr="003F5A42">
            <w:rPr>
              <w:rFonts w:ascii="Monotype Corsiva" w:hAnsi="Monotype Corsiva"/>
              <w:sz w:val="24"/>
              <w:szCs w:val="24"/>
            </w:rPr>
            <w:br/>
            <w:t>Website: www.ashburtontowncouncil.gov.uk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C10C63"/>
    <w:multiLevelType w:val="multilevel"/>
    <w:tmpl w:val="E7BA6546"/>
    <w:lvl w:ilvl="0">
      <w:start w:val="84"/>
      <w:numFmt w:val="decimalZero"/>
      <w:lvlText w:val="%1"/>
      <w:lvlJc w:val="left"/>
      <w:pPr>
        <w:ind w:left="735" w:hanging="735"/>
      </w:pPr>
      <w:rPr>
        <w:rFonts w:hint="default"/>
      </w:rPr>
    </w:lvl>
    <w:lvl w:ilvl="1">
      <w:start w:val="26"/>
      <w:numFmt w:val="decimal"/>
      <w:lvlText w:val="%1.%2"/>
      <w:lvlJc w:val="left"/>
      <w:pPr>
        <w:ind w:left="-258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251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5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4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1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144" w:hanging="1800"/>
      </w:pPr>
      <w:rPr>
        <w:rFonts w:hint="default"/>
      </w:rPr>
    </w:lvl>
  </w:abstractNum>
  <w:abstractNum w:abstractNumId="10" w15:restartNumberingAfterBreak="0">
    <w:nsid w:val="6AC431E0"/>
    <w:multiLevelType w:val="hybridMultilevel"/>
    <w:tmpl w:val="73BC9340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 w16cid:durableId="1098912343">
    <w:abstractNumId w:val="2"/>
  </w:num>
  <w:num w:numId="2" w16cid:durableId="16545532">
    <w:abstractNumId w:val="4"/>
  </w:num>
  <w:num w:numId="3" w16cid:durableId="1785420208">
    <w:abstractNumId w:val="1"/>
  </w:num>
  <w:num w:numId="4" w16cid:durableId="1913392545">
    <w:abstractNumId w:val="6"/>
  </w:num>
  <w:num w:numId="5" w16cid:durableId="217784573">
    <w:abstractNumId w:val="5"/>
  </w:num>
  <w:num w:numId="6" w16cid:durableId="572131922">
    <w:abstractNumId w:val="3"/>
  </w:num>
  <w:num w:numId="7" w16cid:durableId="574978959">
    <w:abstractNumId w:val="7"/>
  </w:num>
  <w:num w:numId="8" w16cid:durableId="63528738">
    <w:abstractNumId w:val="8"/>
  </w:num>
  <w:num w:numId="9" w16cid:durableId="732314062">
    <w:abstractNumId w:val="0"/>
  </w:num>
  <w:num w:numId="10" w16cid:durableId="919755497">
    <w:abstractNumId w:val="10"/>
  </w:num>
  <w:num w:numId="11" w16cid:durableId="17216365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CD6"/>
    <w:rsid w:val="00005148"/>
    <w:rsid w:val="00016D89"/>
    <w:rsid w:val="00021F7F"/>
    <w:rsid w:val="00032BDF"/>
    <w:rsid w:val="00034616"/>
    <w:rsid w:val="000348C2"/>
    <w:rsid w:val="0004160C"/>
    <w:rsid w:val="00050C4A"/>
    <w:rsid w:val="00057AFA"/>
    <w:rsid w:val="0006063C"/>
    <w:rsid w:val="000653DD"/>
    <w:rsid w:val="00066019"/>
    <w:rsid w:val="000672C6"/>
    <w:rsid w:val="000803A3"/>
    <w:rsid w:val="000901D2"/>
    <w:rsid w:val="000912C9"/>
    <w:rsid w:val="000A0BAA"/>
    <w:rsid w:val="000C0B43"/>
    <w:rsid w:val="000C2A6C"/>
    <w:rsid w:val="000C3D7D"/>
    <w:rsid w:val="000E48D9"/>
    <w:rsid w:val="000F78F6"/>
    <w:rsid w:val="001026E0"/>
    <w:rsid w:val="0010462F"/>
    <w:rsid w:val="001066DD"/>
    <w:rsid w:val="00123893"/>
    <w:rsid w:val="00132722"/>
    <w:rsid w:val="00143AF8"/>
    <w:rsid w:val="0015074B"/>
    <w:rsid w:val="0017556A"/>
    <w:rsid w:val="00175D03"/>
    <w:rsid w:val="00175EE1"/>
    <w:rsid w:val="001A584A"/>
    <w:rsid w:val="001B33C4"/>
    <w:rsid w:val="001E7FA6"/>
    <w:rsid w:val="001F1886"/>
    <w:rsid w:val="001F1AEC"/>
    <w:rsid w:val="002073C8"/>
    <w:rsid w:val="002328B2"/>
    <w:rsid w:val="00245FFB"/>
    <w:rsid w:val="00260F34"/>
    <w:rsid w:val="00260F3B"/>
    <w:rsid w:val="00263841"/>
    <w:rsid w:val="00290F16"/>
    <w:rsid w:val="002917AA"/>
    <w:rsid w:val="00294C84"/>
    <w:rsid w:val="0029639D"/>
    <w:rsid w:val="00297D5D"/>
    <w:rsid w:val="002A6318"/>
    <w:rsid w:val="002C0C6B"/>
    <w:rsid w:val="002D2782"/>
    <w:rsid w:val="002F0547"/>
    <w:rsid w:val="002F28F8"/>
    <w:rsid w:val="002F7125"/>
    <w:rsid w:val="00316365"/>
    <w:rsid w:val="0032598E"/>
    <w:rsid w:val="00326F90"/>
    <w:rsid w:val="00327291"/>
    <w:rsid w:val="003328F2"/>
    <w:rsid w:val="00344114"/>
    <w:rsid w:val="00347825"/>
    <w:rsid w:val="003530D4"/>
    <w:rsid w:val="003648A9"/>
    <w:rsid w:val="003743D5"/>
    <w:rsid w:val="003A2F12"/>
    <w:rsid w:val="003A339A"/>
    <w:rsid w:val="003B2944"/>
    <w:rsid w:val="003C36E4"/>
    <w:rsid w:val="003C67DE"/>
    <w:rsid w:val="003C7730"/>
    <w:rsid w:val="003D12E9"/>
    <w:rsid w:val="003E0654"/>
    <w:rsid w:val="003F5A42"/>
    <w:rsid w:val="00404F4D"/>
    <w:rsid w:val="00413352"/>
    <w:rsid w:val="00434D96"/>
    <w:rsid w:val="00451DA7"/>
    <w:rsid w:val="004561D6"/>
    <w:rsid w:val="00456B30"/>
    <w:rsid w:val="004A3A9D"/>
    <w:rsid w:val="004C0134"/>
    <w:rsid w:val="004D3849"/>
    <w:rsid w:val="004D6C65"/>
    <w:rsid w:val="004D75BD"/>
    <w:rsid w:val="004E210D"/>
    <w:rsid w:val="004E73AC"/>
    <w:rsid w:val="004F167B"/>
    <w:rsid w:val="004F3F22"/>
    <w:rsid w:val="004F518C"/>
    <w:rsid w:val="00532D84"/>
    <w:rsid w:val="00546E79"/>
    <w:rsid w:val="005538A5"/>
    <w:rsid w:val="005637F4"/>
    <w:rsid w:val="00570B37"/>
    <w:rsid w:val="00583201"/>
    <w:rsid w:val="00584C2F"/>
    <w:rsid w:val="005A26BD"/>
    <w:rsid w:val="005C0C68"/>
    <w:rsid w:val="005D735D"/>
    <w:rsid w:val="00605D12"/>
    <w:rsid w:val="006061F8"/>
    <w:rsid w:val="00625B15"/>
    <w:rsid w:val="006413FD"/>
    <w:rsid w:val="00643670"/>
    <w:rsid w:val="00651ADE"/>
    <w:rsid w:val="00680EFB"/>
    <w:rsid w:val="00693679"/>
    <w:rsid w:val="006A7BCE"/>
    <w:rsid w:val="006C0EAC"/>
    <w:rsid w:val="006C3A7E"/>
    <w:rsid w:val="006D6B22"/>
    <w:rsid w:val="006E19C3"/>
    <w:rsid w:val="006F07C2"/>
    <w:rsid w:val="006F17D7"/>
    <w:rsid w:val="0070247B"/>
    <w:rsid w:val="00716A2D"/>
    <w:rsid w:val="00726185"/>
    <w:rsid w:val="00742D5A"/>
    <w:rsid w:val="0075234B"/>
    <w:rsid w:val="00753F87"/>
    <w:rsid w:val="00753FA5"/>
    <w:rsid w:val="00754899"/>
    <w:rsid w:val="0076394A"/>
    <w:rsid w:val="00766322"/>
    <w:rsid w:val="0078217E"/>
    <w:rsid w:val="00782D10"/>
    <w:rsid w:val="007C3976"/>
    <w:rsid w:val="007D091C"/>
    <w:rsid w:val="007D210D"/>
    <w:rsid w:val="007D270B"/>
    <w:rsid w:val="007E1753"/>
    <w:rsid w:val="007E2AF6"/>
    <w:rsid w:val="007E3A82"/>
    <w:rsid w:val="007E3C9A"/>
    <w:rsid w:val="007E4778"/>
    <w:rsid w:val="008015E3"/>
    <w:rsid w:val="00805D21"/>
    <w:rsid w:val="00831024"/>
    <w:rsid w:val="00831860"/>
    <w:rsid w:val="00835082"/>
    <w:rsid w:val="00853297"/>
    <w:rsid w:val="0086178E"/>
    <w:rsid w:val="00875BE1"/>
    <w:rsid w:val="00886649"/>
    <w:rsid w:val="00887771"/>
    <w:rsid w:val="008C10BD"/>
    <w:rsid w:val="008C4652"/>
    <w:rsid w:val="008C79A5"/>
    <w:rsid w:val="008E4048"/>
    <w:rsid w:val="00903E5F"/>
    <w:rsid w:val="00923209"/>
    <w:rsid w:val="00947469"/>
    <w:rsid w:val="00961FB6"/>
    <w:rsid w:val="00964E61"/>
    <w:rsid w:val="00970E34"/>
    <w:rsid w:val="00976328"/>
    <w:rsid w:val="009801A2"/>
    <w:rsid w:val="0098437D"/>
    <w:rsid w:val="00995C32"/>
    <w:rsid w:val="0099758B"/>
    <w:rsid w:val="009B18FF"/>
    <w:rsid w:val="009B2226"/>
    <w:rsid w:val="009C0DF3"/>
    <w:rsid w:val="009C35F3"/>
    <w:rsid w:val="009D0227"/>
    <w:rsid w:val="009E0B1E"/>
    <w:rsid w:val="009E671E"/>
    <w:rsid w:val="009F3654"/>
    <w:rsid w:val="00A06064"/>
    <w:rsid w:val="00A20A70"/>
    <w:rsid w:val="00A339FF"/>
    <w:rsid w:val="00A360E3"/>
    <w:rsid w:val="00A4227E"/>
    <w:rsid w:val="00A46DC2"/>
    <w:rsid w:val="00A51982"/>
    <w:rsid w:val="00A519D8"/>
    <w:rsid w:val="00A932DC"/>
    <w:rsid w:val="00A945CE"/>
    <w:rsid w:val="00AA1D8D"/>
    <w:rsid w:val="00AA234B"/>
    <w:rsid w:val="00AA2CD8"/>
    <w:rsid w:val="00AC4D60"/>
    <w:rsid w:val="00AE100C"/>
    <w:rsid w:val="00AE7E4C"/>
    <w:rsid w:val="00AF21AB"/>
    <w:rsid w:val="00AF3AB7"/>
    <w:rsid w:val="00AF7A90"/>
    <w:rsid w:val="00B11735"/>
    <w:rsid w:val="00B301D9"/>
    <w:rsid w:val="00B32962"/>
    <w:rsid w:val="00B431D7"/>
    <w:rsid w:val="00B4365D"/>
    <w:rsid w:val="00B45B82"/>
    <w:rsid w:val="00B47730"/>
    <w:rsid w:val="00B536D8"/>
    <w:rsid w:val="00B55DAD"/>
    <w:rsid w:val="00B579C0"/>
    <w:rsid w:val="00B63AA4"/>
    <w:rsid w:val="00B658CC"/>
    <w:rsid w:val="00B70280"/>
    <w:rsid w:val="00B75C59"/>
    <w:rsid w:val="00B77C6A"/>
    <w:rsid w:val="00B833F2"/>
    <w:rsid w:val="00B85CC6"/>
    <w:rsid w:val="00B9011F"/>
    <w:rsid w:val="00B95876"/>
    <w:rsid w:val="00BA16D9"/>
    <w:rsid w:val="00BA5400"/>
    <w:rsid w:val="00BB78DE"/>
    <w:rsid w:val="00BC150D"/>
    <w:rsid w:val="00BC17A5"/>
    <w:rsid w:val="00BD1DA2"/>
    <w:rsid w:val="00BD74E3"/>
    <w:rsid w:val="00C05BAE"/>
    <w:rsid w:val="00C20CD3"/>
    <w:rsid w:val="00C30566"/>
    <w:rsid w:val="00C42420"/>
    <w:rsid w:val="00C536BD"/>
    <w:rsid w:val="00C6128A"/>
    <w:rsid w:val="00C65BCC"/>
    <w:rsid w:val="00C65F80"/>
    <w:rsid w:val="00C7532F"/>
    <w:rsid w:val="00C86388"/>
    <w:rsid w:val="00CB0664"/>
    <w:rsid w:val="00CC0029"/>
    <w:rsid w:val="00CC18BF"/>
    <w:rsid w:val="00CD35A4"/>
    <w:rsid w:val="00CD713B"/>
    <w:rsid w:val="00CF1B75"/>
    <w:rsid w:val="00CF2E77"/>
    <w:rsid w:val="00D04D13"/>
    <w:rsid w:val="00D1109D"/>
    <w:rsid w:val="00D24A5E"/>
    <w:rsid w:val="00D24D7A"/>
    <w:rsid w:val="00D27748"/>
    <w:rsid w:val="00D35EBC"/>
    <w:rsid w:val="00D37BE7"/>
    <w:rsid w:val="00D42C1A"/>
    <w:rsid w:val="00D75A15"/>
    <w:rsid w:val="00D76E4B"/>
    <w:rsid w:val="00D80A49"/>
    <w:rsid w:val="00D91CA1"/>
    <w:rsid w:val="00DA2BBB"/>
    <w:rsid w:val="00DA4CE1"/>
    <w:rsid w:val="00DA6FCC"/>
    <w:rsid w:val="00DC0FD8"/>
    <w:rsid w:val="00DC4265"/>
    <w:rsid w:val="00DF68D5"/>
    <w:rsid w:val="00E0302F"/>
    <w:rsid w:val="00E044DF"/>
    <w:rsid w:val="00E0569A"/>
    <w:rsid w:val="00E511F3"/>
    <w:rsid w:val="00E53C9C"/>
    <w:rsid w:val="00E70CC2"/>
    <w:rsid w:val="00E73527"/>
    <w:rsid w:val="00E7479F"/>
    <w:rsid w:val="00E75B55"/>
    <w:rsid w:val="00E83022"/>
    <w:rsid w:val="00E83F75"/>
    <w:rsid w:val="00EA2A0A"/>
    <w:rsid w:val="00EB06AE"/>
    <w:rsid w:val="00EB7766"/>
    <w:rsid w:val="00EC0BF4"/>
    <w:rsid w:val="00EC4163"/>
    <w:rsid w:val="00EE1D0C"/>
    <w:rsid w:val="00EE6533"/>
    <w:rsid w:val="00EF2AFF"/>
    <w:rsid w:val="00EF499E"/>
    <w:rsid w:val="00EF5458"/>
    <w:rsid w:val="00F005DC"/>
    <w:rsid w:val="00F016C8"/>
    <w:rsid w:val="00F021A4"/>
    <w:rsid w:val="00F06436"/>
    <w:rsid w:val="00F41BDE"/>
    <w:rsid w:val="00F4398B"/>
    <w:rsid w:val="00F56B90"/>
    <w:rsid w:val="00F87E8C"/>
    <w:rsid w:val="00FA0470"/>
    <w:rsid w:val="00FB0B6E"/>
    <w:rsid w:val="00FB122E"/>
    <w:rsid w:val="00FB1761"/>
    <w:rsid w:val="00FB20AD"/>
    <w:rsid w:val="00FC5CDC"/>
    <w:rsid w:val="00FC693F"/>
    <w:rsid w:val="00FE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F9582A"/>
  <w14:defaultImageDpi w14:val="300"/>
  <w15:docId w15:val="{53FC47C1-7EBD-4FF0-B7FD-2A8E0BE1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06d7fd-4f83-4c9b-9296-b480497c1ed1" xsi:nil="true"/>
    <lcf76f155ced4ddcb4097134ff3c332f xmlns="6f7e27cf-ed6b-4bf0-b0a8-8057aed2099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8C778CD6297488FF808CD425EF0E3" ma:contentTypeVersion="11" ma:contentTypeDescription="Create a new document." ma:contentTypeScope="" ma:versionID="ef0ff57faac9354abcd57e954a292206">
  <xsd:schema xmlns:xsd="http://www.w3.org/2001/XMLSchema" xmlns:xs="http://www.w3.org/2001/XMLSchema" xmlns:p="http://schemas.microsoft.com/office/2006/metadata/properties" xmlns:ns2="6f7e27cf-ed6b-4bf0-b0a8-8057aed20998" xmlns:ns3="c406d7fd-4f83-4c9b-9296-b480497c1ed1" targetNamespace="http://schemas.microsoft.com/office/2006/metadata/properties" ma:root="true" ma:fieldsID="d245f204cd3fd3cff53999bb6d64bf4b" ns2:_="" ns3:_="">
    <xsd:import namespace="6f7e27cf-ed6b-4bf0-b0a8-8057aed20998"/>
    <xsd:import namespace="c406d7fd-4f83-4c9b-9296-b480497c1e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e27cf-ed6b-4bf0-b0a8-8057aed209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652f55-2485-4bcd-8615-e0c31fdd9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6d7fd-4f83-4c9b-9296-b480497c1e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982a0e-d925-4227-8b57-088ea4973a0a}" ma:internalName="TaxCatchAll" ma:showField="CatchAllData" ma:web="c406d7fd-4f83-4c9b-9296-b480497c1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D98EE1-5C3D-445A-A350-37B0C2009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38DA6-3D39-4A62-8AE0-9E685DB06878}">
  <ds:schemaRefs>
    <ds:schemaRef ds:uri="http://schemas.microsoft.com/office/2006/metadata/properties"/>
    <ds:schemaRef ds:uri="http://schemas.microsoft.com/office/infopath/2007/PartnerControls"/>
    <ds:schemaRef ds:uri="c406d7fd-4f83-4c9b-9296-b480497c1ed1"/>
    <ds:schemaRef ds:uri="6f7e27cf-ed6b-4bf0-b0a8-8057aed20998"/>
  </ds:schemaRefs>
</ds:datastoreItem>
</file>

<file path=customXml/itemProps4.xml><?xml version="1.0" encoding="utf-8"?>
<ds:datastoreItem xmlns:ds="http://schemas.openxmlformats.org/officeDocument/2006/customXml" ds:itemID="{8E1BAEF7-C8DB-4BAD-8038-0A165694C1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7e27cf-ed6b-4bf0-b0a8-8057aed20998"/>
    <ds:schemaRef ds:uri="c406d7fd-4f83-4c9b-9296-b480497c1e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Lynn Travers-Howard</cp:lastModifiedBy>
  <cp:revision>3</cp:revision>
  <cp:lastPrinted>2026-09-03T15:17:00Z</cp:lastPrinted>
  <dcterms:created xsi:type="dcterms:W3CDTF">2026-09-03T12:29:00Z</dcterms:created>
  <dcterms:modified xsi:type="dcterms:W3CDTF">2026-09-03T15:17:00Z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0x01010061A8C778CD6297488FF808CD425EF0E3</vt:lpwstr>
  </property>
  <property fmtid="{D5CDD505-2E9C-101B-9397-08002B2CF9AE}" pid="3" name="MediaServiceImageTags">
    <vt:lpwstr/>
  </property>
</Properties>
</file>